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561" w:rsidRDefault="006B768E">
      <w:pPr>
        <w:jc w:val="center"/>
      </w:pPr>
      <w:r>
        <w:rPr>
          <w:b/>
          <w:sz w:val="32"/>
        </w:rPr>
        <w:t>ПОЯСНЮВАЛЬНА ЗАПИСКА</w:t>
      </w:r>
    </w:p>
    <w:p w:rsidR="003C7561" w:rsidRDefault="006B768E">
      <w:pPr>
        <w:jc w:val="center"/>
      </w:pPr>
      <w:r>
        <w:rPr>
          <w:b/>
        </w:rPr>
        <w:t>до фінансового плану КНП «Старокостянтинівський центр первинної медико-санітарної допомоги»</w:t>
      </w:r>
      <w:r>
        <w:rPr>
          <w:b/>
        </w:rPr>
        <w:br/>
        <w:t>Старокостянтинівської міської ради Хмельницького району Хмельницької області на 2027 рік</w:t>
      </w:r>
    </w:p>
    <w:p w:rsidR="003C7561" w:rsidRDefault="006B768E">
      <w:pPr>
        <w:spacing w:before="160"/>
      </w:pPr>
      <w:r>
        <w:rPr>
          <w:b/>
        </w:rPr>
        <w:t>1. Загальні положення</w:t>
      </w:r>
    </w:p>
    <w:p w:rsidR="003C7561" w:rsidRDefault="006B768E">
      <w:pPr>
        <w:spacing w:after="120"/>
        <w:ind w:firstLine="400"/>
      </w:pPr>
      <w:r>
        <w:t xml:space="preserve">Фінансовий план КНП </w:t>
      </w:r>
      <w:r>
        <w:t>«Старокостянтинівський центр первинної медико-санітарної допомоги» на 2027 рік розроблено з метою забезпечення стабільної та безперебійної роботи підприємства, надання якісної первинної медичної допомоги населенню Старокостянтинівської міської територіальн</w:t>
      </w:r>
      <w:r>
        <w:t>ої громади, забезпечення належного рівня оплати праці працівників, придбання медикаментів і матеріалів, оплати комунальних та інших послуг, а також розвитку матеріально-технічної бази підприємства.</w:t>
      </w:r>
    </w:p>
    <w:p w:rsidR="003C7561" w:rsidRPr="009510A2" w:rsidRDefault="006B768E">
      <w:pPr>
        <w:spacing w:before="160"/>
        <w:rPr>
          <w:lang w:val="ru-RU"/>
        </w:rPr>
      </w:pPr>
      <w:r w:rsidRPr="009510A2">
        <w:rPr>
          <w:b/>
          <w:lang w:val="ru-RU"/>
        </w:rPr>
        <w:t xml:space="preserve">2. </w:t>
      </w:r>
      <w:proofErr w:type="spellStart"/>
      <w:r w:rsidRPr="009510A2">
        <w:rPr>
          <w:b/>
          <w:lang w:val="ru-RU"/>
        </w:rPr>
        <w:t>Основні</w:t>
      </w:r>
      <w:proofErr w:type="spellEnd"/>
      <w:r w:rsidRPr="009510A2">
        <w:rPr>
          <w:b/>
          <w:lang w:val="ru-RU"/>
        </w:rPr>
        <w:t xml:space="preserve"> </w:t>
      </w:r>
      <w:proofErr w:type="spellStart"/>
      <w:r w:rsidRPr="009510A2">
        <w:rPr>
          <w:b/>
          <w:lang w:val="ru-RU"/>
        </w:rPr>
        <w:t>фінансові</w:t>
      </w:r>
      <w:proofErr w:type="spellEnd"/>
      <w:r w:rsidRPr="009510A2">
        <w:rPr>
          <w:b/>
          <w:lang w:val="ru-RU"/>
        </w:rPr>
        <w:t xml:space="preserve"> </w:t>
      </w:r>
      <w:proofErr w:type="spellStart"/>
      <w:r w:rsidRPr="009510A2">
        <w:rPr>
          <w:b/>
          <w:lang w:val="ru-RU"/>
        </w:rPr>
        <w:t>показники</w:t>
      </w:r>
      <w:proofErr w:type="spellEnd"/>
    </w:p>
    <w:p w:rsidR="003C7561" w:rsidRPr="009510A2" w:rsidRDefault="006B768E">
      <w:pPr>
        <w:spacing w:after="120"/>
        <w:ind w:firstLine="400"/>
        <w:rPr>
          <w:lang w:val="ru-RU"/>
        </w:rPr>
      </w:pPr>
      <w:proofErr w:type="spellStart"/>
      <w:r w:rsidRPr="009510A2">
        <w:rPr>
          <w:lang w:val="ru-RU"/>
        </w:rPr>
        <w:t>Відповідно</w:t>
      </w:r>
      <w:proofErr w:type="spellEnd"/>
      <w:r w:rsidRPr="009510A2">
        <w:rPr>
          <w:lang w:val="ru-RU"/>
        </w:rPr>
        <w:t xml:space="preserve"> до квартального </w:t>
      </w:r>
      <w:proofErr w:type="spellStart"/>
      <w:r w:rsidRPr="009510A2">
        <w:rPr>
          <w:lang w:val="ru-RU"/>
        </w:rPr>
        <w:t>розподілу</w:t>
      </w:r>
      <w:proofErr w:type="spellEnd"/>
      <w:r w:rsidRPr="009510A2">
        <w:rPr>
          <w:lang w:val="ru-RU"/>
        </w:rPr>
        <w:t xml:space="preserve">, </w:t>
      </w:r>
      <w:proofErr w:type="spellStart"/>
      <w:r w:rsidRPr="009510A2">
        <w:rPr>
          <w:lang w:val="ru-RU"/>
        </w:rPr>
        <w:t>наведеного</w:t>
      </w:r>
      <w:proofErr w:type="spellEnd"/>
      <w:r w:rsidRPr="009510A2">
        <w:rPr>
          <w:lang w:val="ru-RU"/>
        </w:rPr>
        <w:t xml:space="preserve"> у </w:t>
      </w:r>
      <w:proofErr w:type="spellStart"/>
      <w:r w:rsidRPr="009510A2">
        <w:rPr>
          <w:lang w:val="ru-RU"/>
        </w:rPr>
        <w:t>фінансовому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плані</w:t>
      </w:r>
      <w:proofErr w:type="spellEnd"/>
      <w:r w:rsidRPr="009510A2">
        <w:rPr>
          <w:lang w:val="ru-RU"/>
        </w:rPr>
        <w:t xml:space="preserve">, </w:t>
      </w:r>
      <w:proofErr w:type="spellStart"/>
      <w:r w:rsidRPr="009510A2">
        <w:rPr>
          <w:lang w:val="ru-RU"/>
        </w:rPr>
        <w:t>загальний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обсяг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планових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доходів</w:t>
      </w:r>
      <w:proofErr w:type="spellEnd"/>
      <w:r w:rsidRPr="009510A2">
        <w:rPr>
          <w:lang w:val="ru-RU"/>
        </w:rPr>
        <w:t xml:space="preserve"> на 2027 </w:t>
      </w:r>
      <w:proofErr w:type="spellStart"/>
      <w:r w:rsidRPr="009510A2">
        <w:rPr>
          <w:lang w:val="ru-RU"/>
        </w:rPr>
        <w:t>рік</w:t>
      </w:r>
      <w:proofErr w:type="spellEnd"/>
      <w:r w:rsidRPr="009510A2">
        <w:rPr>
          <w:lang w:val="ru-RU"/>
        </w:rPr>
        <w:t xml:space="preserve"> становить 83 519,2 тис. </w:t>
      </w:r>
      <w:proofErr w:type="spellStart"/>
      <w:r w:rsidRPr="009510A2">
        <w:rPr>
          <w:lang w:val="ru-RU"/>
        </w:rPr>
        <w:t>грн</w:t>
      </w:r>
      <w:proofErr w:type="spellEnd"/>
      <w:r w:rsidRPr="009510A2">
        <w:rPr>
          <w:lang w:val="ru-RU"/>
        </w:rPr>
        <w:t xml:space="preserve">, </w:t>
      </w:r>
      <w:proofErr w:type="spellStart"/>
      <w:r w:rsidRPr="009510A2">
        <w:rPr>
          <w:lang w:val="ru-RU"/>
        </w:rPr>
        <w:t>планові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витрати</w:t>
      </w:r>
      <w:proofErr w:type="spellEnd"/>
      <w:r w:rsidRPr="009510A2">
        <w:rPr>
          <w:lang w:val="ru-RU"/>
        </w:rPr>
        <w:t xml:space="preserve"> — 82 152,0 тис. грн. </w:t>
      </w:r>
      <w:proofErr w:type="spellStart"/>
      <w:r w:rsidRPr="009510A2">
        <w:rPr>
          <w:lang w:val="ru-RU"/>
        </w:rPr>
        <w:t>Очікуваний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фінансовий</w:t>
      </w:r>
      <w:proofErr w:type="spellEnd"/>
      <w:r w:rsidRPr="009510A2">
        <w:rPr>
          <w:lang w:val="ru-RU"/>
        </w:rPr>
        <w:t xml:space="preserve"> результат становить 1 367,2 тис. </w:t>
      </w:r>
      <w:proofErr w:type="spellStart"/>
      <w:r w:rsidRPr="009510A2">
        <w:rPr>
          <w:lang w:val="ru-RU"/>
        </w:rPr>
        <w:t>грн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прибутку</w:t>
      </w:r>
      <w:proofErr w:type="spellEnd"/>
      <w:r w:rsidRPr="009510A2">
        <w:rPr>
          <w:lang w:val="ru-RU"/>
        </w:rPr>
        <w:t>.</w:t>
      </w:r>
    </w:p>
    <w:p w:rsidR="003C7561" w:rsidRPr="009510A2" w:rsidRDefault="006B768E">
      <w:pPr>
        <w:spacing w:before="160"/>
        <w:rPr>
          <w:lang w:val="ru-RU"/>
        </w:rPr>
      </w:pPr>
      <w:r w:rsidRPr="009510A2">
        <w:rPr>
          <w:b/>
          <w:lang w:val="ru-RU"/>
        </w:rPr>
        <w:t xml:space="preserve">3. </w:t>
      </w:r>
      <w:proofErr w:type="spellStart"/>
      <w:r w:rsidRPr="009510A2">
        <w:rPr>
          <w:b/>
          <w:lang w:val="ru-RU"/>
        </w:rPr>
        <w:t>Формування</w:t>
      </w:r>
      <w:proofErr w:type="spellEnd"/>
      <w:r w:rsidRPr="009510A2">
        <w:rPr>
          <w:b/>
          <w:lang w:val="ru-RU"/>
        </w:rPr>
        <w:t xml:space="preserve"> </w:t>
      </w:r>
      <w:proofErr w:type="spellStart"/>
      <w:r w:rsidRPr="009510A2">
        <w:rPr>
          <w:b/>
          <w:lang w:val="ru-RU"/>
        </w:rPr>
        <w:t>доходів</w:t>
      </w:r>
      <w:proofErr w:type="spellEnd"/>
    </w:p>
    <w:p w:rsidR="003C7561" w:rsidRPr="009510A2" w:rsidRDefault="006B768E">
      <w:pPr>
        <w:spacing w:after="120"/>
        <w:ind w:firstLine="400"/>
        <w:rPr>
          <w:lang w:val="ru-RU"/>
        </w:rPr>
      </w:pPr>
      <w:proofErr w:type="spellStart"/>
      <w:r w:rsidRPr="009510A2">
        <w:rPr>
          <w:lang w:val="ru-RU"/>
        </w:rPr>
        <w:t>Основними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джерелами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формування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доходів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підприємства</w:t>
      </w:r>
      <w:proofErr w:type="spellEnd"/>
      <w:r w:rsidRPr="009510A2">
        <w:rPr>
          <w:lang w:val="ru-RU"/>
        </w:rPr>
        <w:t xml:space="preserve"> у 2027 </w:t>
      </w:r>
      <w:proofErr w:type="spellStart"/>
      <w:r w:rsidRPr="009510A2">
        <w:rPr>
          <w:lang w:val="ru-RU"/>
        </w:rPr>
        <w:t>році</w:t>
      </w:r>
      <w:proofErr w:type="spellEnd"/>
      <w:r w:rsidRPr="009510A2">
        <w:rPr>
          <w:lang w:val="ru-RU"/>
        </w:rPr>
        <w:t xml:space="preserve"> є:</w:t>
      </w:r>
    </w:p>
    <w:p w:rsidR="003C7561" w:rsidRPr="009510A2" w:rsidRDefault="006B768E">
      <w:pPr>
        <w:spacing w:after="120"/>
        <w:rPr>
          <w:lang w:val="ru-RU"/>
        </w:rPr>
      </w:pPr>
      <w:r w:rsidRPr="009510A2">
        <w:rPr>
          <w:lang w:val="ru-RU"/>
        </w:rPr>
        <w:t xml:space="preserve">• </w:t>
      </w:r>
      <w:proofErr w:type="spellStart"/>
      <w:r w:rsidRPr="009510A2">
        <w:rPr>
          <w:lang w:val="ru-RU"/>
        </w:rPr>
        <w:t>на</w:t>
      </w:r>
      <w:r w:rsidRPr="009510A2">
        <w:rPr>
          <w:lang w:val="ru-RU"/>
        </w:rPr>
        <w:t>дходження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коштів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від</w:t>
      </w:r>
      <w:proofErr w:type="spellEnd"/>
      <w:r w:rsidRPr="009510A2">
        <w:rPr>
          <w:lang w:val="ru-RU"/>
        </w:rPr>
        <w:t xml:space="preserve"> НСЗУ — 40 319,2 тис. </w:t>
      </w:r>
      <w:proofErr w:type="spellStart"/>
      <w:r w:rsidRPr="009510A2">
        <w:rPr>
          <w:lang w:val="ru-RU"/>
        </w:rPr>
        <w:t>грн</w:t>
      </w:r>
      <w:proofErr w:type="spellEnd"/>
      <w:r w:rsidRPr="009510A2">
        <w:rPr>
          <w:lang w:val="ru-RU"/>
        </w:rPr>
        <w:t xml:space="preserve"> за </w:t>
      </w:r>
      <w:proofErr w:type="spellStart"/>
      <w:r w:rsidRPr="009510A2">
        <w:rPr>
          <w:lang w:val="ru-RU"/>
        </w:rPr>
        <w:t>квартальним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розподілом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фінансового</w:t>
      </w:r>
      <w:proofErr w:type="spellEnd"/>
      <w:r w:rsidRPr="009510A2">
        <w:rPr>
          <w:lang w:val="ru-RU"/>
        </w:rPr>
        <w:t xml:space="preserve"> плану;</w:t>
      </w:r>
    </w:p>
    <w:p w:rsidR="003C7561" w:rsidRPr="009510A2" w:rsidRDefault="006B768E">
      <w:pPr>
        <w:spacing w:after="120"/>
        <w:rPr>
          <w:lang w:val="ru-RU"/>
        </w:rPr>
      </w:pPr>
      <w:r w:rsidRPr="009510A2">
        <w:rPr>
          <w:lang w:val="ru-RU"/>
        </w:rPr>
        <w:t xml:space="preserve">• </w:t>
      </w:r>
      <w:proofErr w:type="spellStart"/>
      <w:r w:rsidRPr="009510A2">
        <w:rPr>
          <w:lang w:val="ru-RU"/>
        </w:rPr>
        <w:t>надходження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коштів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місцевих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бюджетів</w:t>
      </w:r>
      <w:proofErr w:type="spellEnd"/>
      <w:r w:rsidRPr="009510A2">
        <w:rPr>
          <w:lang w:val="ru-RU"/>
        </w:rPr>
        <w:t xml:space="preserve"> — 35 000,0 тис. </w:t>
      </w:r>
      <w:proofErr w:type="spellStart"/>
      <w:r w:rsidRPr="009510A2">
        <w:rPr>
          <w:lang w:val="ru-RU"/>
        </w:rPr>
        <w:t>грн</w:t>
      </w:r>
      <w:proofErr w:type="spellEnd"/>
      <w:r w:rsidRPr="009510A2">
        <w:rPr>
          <w:lang w:val="ru-RU"/>
        </w:rPr>
        <w:t xml:space="preserve"> за </w:t>
      </w:r>
      <w:proofErr w:type="spellStart"/>
      <w:r w:rsidRPr="009510A2">
        <w:rPr>
          <w:lang w:val="ru-RU"/>
        </w:rPr>
        <w:t>квартальним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розподілом</w:t>
      </w:r>
      <w:proofErr w:type="spellEnd"/>
      <w:r w:rsidRPr="009510A2">
        <w:rPr>
          <w:lang w:val="ru-RU"/>
        </w:rPr>
        <w:t>;</w:t>
      </w:r>
    </w:p>
    <w:p w:rsidR="003C7561" w:rsidRPr="009510A2" w:rsidRDefault="006B768E">
      <w:pPr>
        <w:spacing w:after="120"/>
        <w:rPr>
          <w:lang w:val="ru-RU"/>
        </w:rPr>
      </w:pPr>
      <w:r w:rsidRPr="009510A2">
        <w:rPr>
          <w:lang w:val="ru-RU"/>
        </w:rPr>
        <w:t xml:space="preserve">• </w:t>
      </w:r>
      <w:proofErr w:type="spellStart"/>
      <w:r w:rsidRPr="009510A2">
        <w:rPr>
          <w:lang w:val="ru-RU"/>
        </w:rPr>
        <w:t>благодійна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допомога</w:t>
      </w:r>
      <w:proofErr w:type="spellEnd"/>
      <w:r w:rsidRPr="009510A2">
        <w:rPr>
          <w:lang w:val="ru-RU"/>
        </w:rPr>
        <w:t xml:space="preserve"> — 6 000,0 тис. </w:t>
      </w:r>
      <w:proofErr w:type="spellStart"/>
      <w:r w:rsidRPr="009510A2">
        <w:rPr>
          <w:lang w:val="ru-RU"/>
        </w:rPr>
        <w:t>грн</w:t>
      </w:r>
      <w:proofErr w:type="spellEnd"/>
      <w:r w:rsidRPr="009510A2">
        <w:rPr>
          <w:lang w:val="ru-RU"/>
        </w:rPr>
        <w:t>;</w:t>
      </w:r>
    </w:p>
    <w:p w:rsidR="003C7561" w:rsidRPr="009510A2" w:rsidRDefault="006B768E">
      <w:pPr>
        <w:spacing w:after="120"/>
        <w:rPr>
          <w:lang w:val="ru-RU"/>
        </w:rPr>
      </w:pPr>
      <w:r w:rsidRPr="009510A2">
        <w:rPr>
          <w:lang w:val="ru-RU"/>
        </w:rPr>
        <w:t xml:space="preserve">• </w:t>
      </w:r>
      <w:proofErr w:type="spellStart"/>
      <w:r w:rsidRPr="009510A2">
        <w:rPr>
          <w:lang w:val="ru-RU"/>
        </w:rPr>
        <w:t>інші</w:t>
      </w:r>
      <w:proofErr w:type="spellEnd"/>
      <w:r w:rsidRPr="009510A2">
        <w:rPr>
          <w:lang w:val="ru-RU"/>
        </w:rPr>
        <w:t xml:space="preserve"> доходи — 2 200,0 тис. грн.</w:t>
      </w:r>
    </w:p>
    <w:p w:rsidR="003C7561" w:rsidRPr="009510A2" w:rsidRDefault="006B768E">
      <w:pPr>
        <w:spacing w:after="120"/>
        <w:ind w:firstLine="400"/>
        <w:rPr>
          <w:lang w:val="ru-RU"/>
        </w:rPr>
      </w:pPr>
      <w:proofErr w:type="spellStart"/>
      <w:r w:rsidRPr="009510A2">
        <w:rPr>
          <w:lang w:val="ru-RU"/>
        </w:rPr>
        <w:lastRenderedPageBreak/>
        <w:t>Фор</w:t>
      </w:r>
      <w:r w:rsidRPr="009510A2">
        <w:rPr>
          <w:lang w:val="ru-RU"/>
        </w:rPr>
        <w:t>мування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доходної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частини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фінансового</w:t>
      </w:r>
      <w:proofErr w:type="spellEnd"/>
      <w:r w:rsidRPr="009510A2">
        <w:rPr>
          <w:lang w:val="ru-RU"/>
        </w:rPr>
        <w:t xml:space="preserve"> плану </w:t>
      </w:r>
      <w:proofErr w:type="spellStart"/>
      <w:r w:rsidRPr="009510A2">
        <w:rPr>
          <w:lang w:val="ru-RU"/>
        </w:rPr>
        <w:t>спрямоване</w:t>
      </w:r>
      <w:proofErr w:type="spellEnd"/>
      <w:r w:rsidRPr="009510A2">
        <w:rPr>
          <w:lang w:val="ru-RU"/>
        </w:rPr>
        <w:t xml:space="preserve"> на </w:t>
      </w:r>
      <w:proofErr w:type="spellStart"/>
      <w:r w:rsidRPr="009510A2">
        <w:rPr>
          <w:lang w:val="ru-RU"/>
        </w:rPr>
        <w:t>забезпечення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фінансових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ресурсів</w:t>
      </w:r>
      <w:proofErr w:type="spellEnd"/>
      <w:r w:rsidRPr="009510A2">
        <w:rPr>
          <w:lang w:val="ru-RU"/>
        </w:rPr>
        <w:t xml:space="preserve">, </w:t>
      </w:r>
      <w:proofErr w:type="spellStart"/>
      <w:r w:rsidRPr="009510A2">
        <w:rPr>
          <w:lang w:val="ru-RU"/>
        </w:rPr>
        <w:t>необхідних</w:t>
      </w:r>
      <w:proofErr w:type="spellEnd"/>
      <w:r w:rsidRPr="009510A2">
        <w:rPr>
          <w:lang w:val="ru-RU"/>
        </w:rPr>
        <w:t xml:space="preserve"> для </w:t>
      </w:r>
      <w:proofErr w:type="spellStart"/>
      <w:r w:rsidRPr="009510A2">
        <w:rPr>
          <w:lang w:val="ru-RU"/>
        </w:rPr>
        <w:t>виконання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підприємством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статутних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завдань</w:t>
      </w:r>
      <w:proofErr w:type="spellEnd"/>
      <w:r w:rsidRPr="009510A2">
        <w:rPr>
          <w:lang w:val="ru-RU"/>
        </w:rPr>
        <w:t xml:space="preserve"> та </w:t>
      </w:r>
      <w:proofErr w:type="spellStart"/>
      <w:r w:rsidRPr="009510A2">
        <w:rPr>
          <w:lang w:val="ru-RU"/>
        </w:rPr>
        <w:t>безперебійного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надання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медичних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послуг</w:t>
      </w:r>
      <w:proofErr w:type="spellEnd"/>
      <w:r w:rsidRPr="009510A2">
        <w:rPr>
          <w:lang w:val="ru-RU"/>
        </w:rPr>
        <w:t>.</w:t>
      </w:r>
    </w:p>
    <w:p w:rsidR="003C7561" w:rsidRPr="009510A2" w:rsidRDefault="006B768E">
      <w:pPr>
        <w:spacing w:before="160"/>
        <w:rPr>
          <w:lang w:val="ru-RU"/>
        </w:rPr>
      </w:pPr>
      <w:r w:rsidRPr="009510A2">
        <w:rPr>
          <w:b/>
          <w:lang w:val="ru-RU"/>
        </w:rPr>
        <w:t xml:space="preserve">4. </w:t>
      </w:r>
      <w:proofErr w:type="spellStart"/>
      <w:r w:rsidRPr="009510A2">
        <w:rPr>
          <w:b/>
          <w:lang w:val="ru-RU"/>
        </w:rPr>
        <w:t>Основні</w:t>
      </w:r>
      <w:proofErr w:type="spellEnd"/>
      <w:r w:rsidRPr="009510A2">
        <w:rPr>
          <w:b/>
          <w:lang w:val="ru-RU"/>
        </w:rPr>
        <w:t xml:space="preserve"> </w:t>
      </w:r>
      <w:proofErr w:type="spellStart"/>
      <w:r w:rsidRPr="009510A2">
        <w:rPr>
          <w:b/>
          <w:lang w:val="ru-RU"/>
        </w:rPr>
        <w:t>напрями</w:t>
      </w:r>
      <w:proofErr w:type="spellEnd"/>
      <w:r w:rsidRPr="009510A2">
        <w:rPr>
          <w:b/>
          <w:lang w:val="ru-RU"/>
        </w:rPr>
        <w:t xml:space="preserve"> </w:t>
      </w:r>
      <w:proofErr w:type="spellStart"/>
      <w:r w:rsidRPr="009510A2">
        <w:rPr>
          <w:b/>
          <w:lang w:val="ru-RU"/>
        </w:rPr>
        <w:t>використання</w:t>
      </w:r>
      <w:proofErr w:type="spellEnd"/>
      <w:r w:rsidRPr="009510A2">
        <w:rPr>
          <w:b/>
          <w:lang w:val="ru-RU"/>
        </w:rPr>
        <w:t xml:space="preserve"> </w:t>
      </w:r>
      <w:proofErr w:type="spellStart"/>
      <w:r w:rsidRPr="009510A2">
        <w:rPr>
          <w:b/>
          <w:lang w:val="ru-RU"/>
        </w:rPr>
        <w:t>коштів</w:t>
      </w:r>
      <w:proofErr w:type="spellEnd"/>
    </w:p>
    <w:p w:rsidR="003C7561" w:rsidRPr="009510A2" w:rsidRDefault="006B768E">
      <w:pPr>
        <w:spacing w:after="120"/>
        <w:ind w:firstLine="400"/>
        <w:rPr>
          <w:lang w:val="ru-RU"/>
        </w:rPr>
      </w:pPr>
      <w:proofErr w:type="spellStart"/>
      <w:r w:rsidRPr="009510A2">
        <w:rPr>
          <w:lang w:val="ru-RU"/>
        </w:rPr>
        <w:t>Основну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частину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видатків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</w:t>
      </w:r>
      <w:r w:rsidRPr="009510A2">
        <w:rPr>
          <w:lang w:val="ru-RU"/>
        </w:rPr>
        <w:t>ідприємства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становлять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витрати</w:t>
      </w:r>
      <w:proofErr w:type="spellEnd"/>
      <w:r w:rsidRPr="009510A2">
        <w:rPr>
          <w:lang w:val="ru-RU"/>
        </w:rPr>
        <w:t xml:space="preserve"> на оплату </w:t>
      </w:r>
      <w:proofErr w:type="spellStart"/>
      <w:r w:rsidRPr="009510A2">
        <w:rPr>
          <w:lang w:val="ru-RU"/>
        </w:rPr>
        <w:t>праці</w:t>
      </w:r>
      <w:proofErr w:type="spellEnd"/>
      <w:r w:rsidRPr="009510A2">
        <w:rPr>
          <w:lang w:val="ru-RU"/>
        </w:rPr>
        <w:t xml:space="preserve">, </w:t>
      </w:r>
      <w:proofErr w:type="spellStart"/>
      <w:r w:rsidRPr="009510A2">
        <w:rPr>
          <w:lang w:val="ru-RU"/>
        </w:rPr>
        <w:t>нарахування</w:t>
      </w:r>
      <w:proofErr w:type="spellEnd"/>
      <w:r w:rsidRPr="009510A2">
        <w:rPr>
          <w:lang w:val="ru-RU"/>
        </w:rPr>
        <w:t xml:space="preserve"> на оплату </w:t>
      </w:r>
      <w:proofErr w:type="spellStart"/>
      <w:r w:rsidRPr="009510A2">
        <w:rPr>
          <w:lang w:val="ru-RU"/>
        </w:rPr>
        <w:t>праці</w:t>
      </w:r>
      <w:proofErr w:type="spellEnd"/>
      <w:r w:rsidRPr="009510A2">
        <w:rPr>
          <w:lang w:val="ru-RU"/>
        </w:rPr>
        <w:t xml:space="preserve">, </w:t>
      </w:r>
      <w:proofErr w:type="spellStart"/>
      <w:r w:rsidRPr="009510A2">
        <w:rPr>
          <w:lang w:val="ru-RU"/>
        </w:rPr>
        <w:t>комунальні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послуги</w:t>
      </w:r>
      <w:proofErr w:type="spellEnd"/>
      <w:r w:rsidRPr="009510A2">
        <w:rPr>
          <w:lang w:val="ru-RU"/>
        </w:rPr>
        <w:t xml:space="preserve"> та </w:t>
      </w:r>
      <w:proofErr w:type="spellStart"/>
      <w:r w:rsidRPr="009510A2">
        <w:rPr>
          <w:lang w:val="ru-RU"/>
        </w:rPr>
        <w:t>енергоносії</w:t>
      </w:r>
      <w:proofErr w:type="spellEnd"/>
      <w:r w:rsidRPr="009510A2">
        <w:rPr>
          <w:lang w:val="ru-RU"/>
        </w:rPr>
        <w:t xml:space="preserve">, </w:t>
      </w:r>
      <w:proofErr w:type="spellStart"/>
      <w:r w:rsidRPr="009510A2">
        <w:rPr>
          <w:lang w:val="ru-RU"/>
        </w:rPr>
        <w:t>придбання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медикаментів</w:t>
      </w:r>
      <w:proofErr w:type="spellEnd"/>
      <w:r w:rsidRPr="009510A2">
        <w:rPr>
          <w:lang w:val="ru-RU"/>
        </w:rPr>
        <w:t xml:space="preserve">, </w:t>
      </w:r>
      <w:proofErr w:type="spellStart"/>
      <w:r w:rsidRPr="009510A2">
        <w:rPr>
          <w:lang w:val="ru-RU"/>
        </w:rPr>
        <w:t>матеріалів</w:t>
      </w:r>
      <w:proofErr w:type="spellEnd"/>
      <w:r w:rsidRPr="009510A2">
        <w:rPr>
          <w:lang w:val="ru-RU"/>
        </w:rPr>
        <w:t xml:space="preserve">, оплату </w:t>
      </w:r>
      <w:proofErr w:type="spellStart"/>
      <w:r w:rsidRPr="009510A2">
        <w:rPr>
          <w:lang w:val="ru-RU"/>
        </w:rPr>
        <w:t>послуг</w:t>
      </w:r>
      <w:proofErr w:type="spellEnd"/>
      <w:r w:rsidRPr="009510A2">
        <w:rPr>
          <w:lang w:val="ru-RU"/>
        </w:rPr>
        <w:t xml:space="preserve">, </w:t>
      </w:r>
      <w:proofErr w:type="spellStart"/>
      <w:r w:rsidRPr="009510A2">
        <w:rPr>
          <w:lang w:val="ru-RU"/>
        </w:rPr>
        <w:t>інші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соціально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необхідні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видатки</w:t>
      </w:r>
      <w:proofErr w:type="spellEnd"/>
      <w:r w:rsidRPr="009510A2">
        <w:rPr>
          <w:lang w:val="ru-RU"/>
        </w:rPr>
        <w:t xml:space="preserve"> та </w:t>
      </w:r>
      <w:proofErr w:type="spellStart"/>
      <w:r w:rsidRPr="009510A2">
        <w:rPr>
          <w:lang w:val="ru-RU"/>
        </w:rPr>
        <w:t>капітальні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видатки</w:t>
      </w:r>
      <w:proofErr w:type="spellEnd"/>
      <w:r w:rsidRPr="009510A2">
        <w:rPr>
          <w:lang w:val="ru-RU"/>
        </w:rPr>
        <w:t>.</w:t>
      </w:r>
    </w:p>
    <w:p w:rsidR="003C7561" w:rsidRPr="009510A2" w:rsidRDefault="006B768E">
      <w:pPr>
        <w:spacing w:after="120"/>
        <w:rPr>
          <w:lang w:val="ru-RU"/>
        </w:rPr>
      </w:pPr>
      <w:r w:rsidRPr="009510A2">
        <w:rPr>
          <w:lang w:val="ru-RU"/>
        </w:rPr>
        <w:t xml:space="preserve">• оплата </w:t>
      </w:r>
      <w:proofErr w:type="spellStart"/>
      <w:r w:rsidRPr="009510A2">
        <w:rPr>
          <w:lang w:val="ru-RU"/>
        </w:rPr>
        <w:t>праці</w:t>
      </w:r>
      <w:proofErr w:type="spellEnd"/>
      <w:r w:rsidRPr="009510A2">
        <w:rPr>
          <w:lang w:val="ru-RU"/>
        </w:rPr>
        <w:t xml:space="preserve"> — </w:t>
      </w:r>
      <w:r w:rsidR="009510A2">
        <w:rPr>
          <w:lang w:val="uk-UA"/>
        </w:rPr>
        <w:t>38000</w:t>
      </w:r>
      <w:r w:rsidRPr="009510A2">
        <w:rPr>
          <w:lang w:val="ru-RU"/>
        </w:rPr>
        <w:t xml:space="preserve">,0 тис. </w:t>
      </w:r>
      <w:proofErr w:type="spellStart"/>
      <w:r w:rsidRPr="009510A2">
        <w:rPr>
          <w:lang w:val="ru-RU"/>
        </w:rPr>
        <w:t>грн</w:t>
      </w:r>
      <w:proofErr w:type="spellEnd"/>
      <w:r w:rsidRPr="009510A2">
        <w:rPr>
          <w:lang w:val="ru-RU"/>
        </w:rPr>
        <w:t>;</w:t>
      </w:r>
    </w:p>
    <w:p w:rsidR="003C7561" w:rsidRPr="009510A2" w:rsidRDefault="006B768E">
      <w:pPr>
        <w:spacing w:after="120"/>
        <w:rPr>
          <w:lang w:val="ru-RU"/>
        </w:rPr>
      </w:pPr>
      <w:r w:rsidRPr="009510A2">
        <w:rPr>
          <w:lang w:val="ru-RU"/>
        </w:rPr>
        <w:t>•</w:t>
      </w:r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нарахування</w:t>
      </w:r>
      <w:proofErr w:type="spellEnd"/>
      <w:r w:rsidRPr="009510A2">
        <w:rPr>
          <w:lang w:val="ru-RU"/>
        </w:rPr>
        <w:t xml:space="preserve"> на оплату </w:t>
      </w:r>
      <w:proofErr w:type="spellStart"/>
      <w:r w:rsidRPr="009510A2">
        <w:rPr>
          <w:lang w:val="ru-RU"/>
        </w:rPr>
        <w:t>праці</w:t>
      </w:r>
      <w:proofErr w:type="spellEnd"/>
      <w:r w:rsidRPr="009510A2">
        <w:rPr>
          <w:lang w:val="ru-RU"/>
        </w:rPr>
        <w:t xml:space="preserve"> — </w:t>
      </w:r>
      <w:r w:rsidR="009510A2">
        <w:rPr>
          <w:lang w:val="ru-RU"/>
        </w:rPr>
        <w:t>8360</w:t>
      </w:r>
      <w:r w:rsidRPr="009510A2">
        <w:rPr>
          <w:lang w:val="ru-RU"/>
        </w:rPr>
        <w:t>,</w:t>
      </w:r>
      <w:r w:rsidR="009510A2">
        <w:rPr>
          <w:lang w:val="ru-RU"/>
        </w:rPr>
        <w:t>0</w:t>
      </w:r>
      <w:r w:rsidRPr="009510A2">
        <w:rPr>
          <w:lang w:val="ru-RU"/>
        </w:rPr>
        <w:t xml:space="preserve"> тис. </w:t>
      </w:r>
      <w:proofErr w:type="spellStart"/>
      <w:r w:rsidRPr="009510A2">
        <w:rPr>
          <w:lang w:val="ru-RU"/>
        </w:rPr>
        <w:t>грн</w:t>
      </w:r>
      <w:proofErr w:type="spellEnd"/>
      <w:r w:rsidRPr="009510A2">
        <w:rPr>
          <w:lang w:val="ru-RU"/>
        </w:rPr>
        <w:t>;</w:t>
      </w:r>
    </w:p>
    <w:p w:rsidR="006B768E" w:rsidRDefault="006B768E">
      <w:pPr>
        <w:spacing w:after="120"/>
        <w:rPr>
          <w:lang w:val="ru-RU"/>
        </w:rPr>
      </w:pPr>
      <w:r w:rsidRPr="009510A2">
        <w:rPr>
          <w:lang w:val="ru-RU"/>
        </w:rPr>
        <w:t xml:space="preserve">• </w:t>
      </w:r>
      <w:proofErr w:type="spellStart"/>
      <w:r w:rsidRPr="009510A2">
        <w:rPr>
          <w:lang w:val="ru-RU"/>
        </w:rPr>
        <w:t>комунальні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послуги</w:t>
      </w:r>
      <w:proofErr w:type="spellEnd"/>
      <w:r w:rsidRPr="009510A2">
        <w:rPr>
          <w:lang w:val="ru-RU"/>
        </w:rPr>
        <w:t xml:space="preserve"> та </w:t>
      </w:r>
      <w:proofErr w:type="spellStart"/>
      <w:r w:rsidRPr="009510A2">
        <w:rPr>
          <w:lang w:val="ru-RU"/>
        </w:rPr>
        <w:t>енергоносії</w:t>
      </w:r>
      <w:proofErr w:type="spellEnd"/>
      <w:r w:rsidRPr="009510A2">
        <w:rPr>
          <w:lang w:val="ru-RU"/>
        </w:rPr>
        <w:t xml:space="preserve"> — за </w:t>
      </w:r>
      <w:proofErr w:type="spellStart"/>
      <w:r w:rsidRPr="009510A2">
        <w:rPr>
          <w:lang w:val="ru-RU"/>
        </w:rPr>
        <w:t>квартальним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розподілом</w:t>
      </w:r>
      <w:proofErr w:type="spellEnd"/>
      <w:r w:rsidRPr="009510A2">
        <w:rPr>
          <w:lang w:val="ru-RU"/>
        </w:rPr>
        <w:t xml:space="preserve"> </w:t>
      </w:r>
    </w:p>
    <w:p w:rsidR="003C7561" w:rsidRPr="009510A2" w:rsidRDefault="006B768E">
      <w:pPr>
        <w:spacing w:after="120"/>
        <w:rPr>
          <w:lang w:val="ru-RU"/>
        </w:rPr>
      </w:pPr>
      <w:r w:rsidRPr="009510A2">
        <w:rPr>
          <w:lang w:val="ru-RU"/>
        </w:rPr>
        <w:t xml:space="preserve">5 372,0 тис. </w:t>
      </w:r>
      <w:proofErr w:type="spellStart"/>
      <w:r w:rsidRPr="009510A2">
        <w:rPr>
          <w:lang w:val="ru-RU"/>
        </w:rPr>
        <w:t>грн</w:t>
      </w:r>
      <w:proofErr w:type="spellEnd"/>
      <w:r w:rsidRPr="009510A2">
        <w:rPr>
          <w:lang w:val="ru-RU"/>
        </w:rPr>
        <w:t>;</w:t>
      </w:r>
    </w:p>
    <w:p w:rsidR="003C7561" w:rsidRPr="009510A2" w:rsidRDefault="006B768E">
      <w:pPr>
        <w:spacing w:after="120"/>
        <w:rPr>
          <w:lang w:val="ru-RU"/>
        </w:rPr>
      </w:pPr>
      <w:r w:rsidRPr="009510A2">
        <w:rPr>
          <w:lang w:val="ru-RU"/>
        </w:rPr>
        <w:t xml:space="preserve">• </w:t>
      </w:r>
      <w:proofErr w:type="spellStart"/>
      <w:r w:rsidRPr="009510A2">
        <w:rPr>
          <w:lang w:val="ru-RU"/>
        </w:rPr>
        <w:t>предмети</w:t>
      </w:r>
      <w:proofErr w:type="spellEnd"/>
      <w:r w:rsidRPr="009510A2">
        <w:rPr>
          <w:lang w:val="ru-RU"/>
        </w:rPr>
        <w:t xml:space="preserve">, </w:t>
      </w:r>
      <w:proofErr w:type="spellStart"/>
      <w:r w:rsidRPr="009510A2">
        <w:rPr>
          <w:lang w:val="ru-RU"/>
        </w:rPr>
        <w:t>матеріали</w:t>
      </w:r>
      <w:proofErr w:type="spellEnd"/>
      <w:r w:rsidRPr="009510A2">
        <w:rPr>
          <w:lang w:val="ru-RU"/>
        </w:rPr>
        <w:t xml:space="preserve">, </w:t>
      </w:r>
      <w:proofErr w:type="spellStart"/>
      <w:r w:rsidRPr="009510A2">
        <w:rPr>
          <w:lang w:val="ru-RU"/>
        </w:rPr>
        <w:t>обладнання</w:t>
      </w:r>
      <w:proofErr w:type="spellEnd"/>
      <w:r w:rsidRPr="009510A2">
        <w:rPr>
          <w:lang w:val="ru-RU"/>
        </w:rPr>
        <w:t xml:space="preserve"> та </w:t>
      </w:r>
      <w:proofErr w:type="spellStart"/>
      <w:r w:rsidRPr="009510A2">
        <w:rPr>
          <w:lang w:val="ru-RU"/>
        </w:rPr>
        <w:t>інвентар</w:t>
      </w:r>
      <w:proofErr w:type="spellEnd"/>
      <w:r w:rsidRPr="009510A2">
        <w:rPr>
          <w:lang w:val="ru-RU"/>
        </w:rPr>
        <w:t xml:space="preserve"> — 1 370,0 тис. </w:t>
      </w:r>
      <w:proofErr w:type="spellStart"/>
      <w:r w:rsidRPr="009510A2">
        <w:rPr>
          <w:lang w:val="ru-RU"/>
        </w:rPr>
        <w:t>грн</w:t>
      </w:r>
      <w:proofErr w:type="spellEnd"/>
      <w:r w:rsidRPr="009510A2">
        <w:rPr>
          <w:lang w:val="ru-RU"/>
        </w:rPr>
        <w:t>;</w:t>
      </w:r>
    </w:p>
    <w:p w:rsidR="003C7561" w:rsidRPr="009510A2" w:rsidRDefault="006B768E">
      <w:pPr>
        <w:spacing w:after="120"/>
        <w:rPr>
          <w:lang w:val="ru-RU"/>
        </w:rPr>
      </w:pPr>
      <w:r w:rsidRPr="009510A2">
        <w:rPr>
          <w:lang w:val="ru-RU"/>
        </w:rPr>
        <w:t xml:space="preserve">• </w:t>
      </w:r>
      <w:proofErr w:type="spellStart"/>
      <w:r w:rsidRPr="009510A2">
        <w:rPr>
          <w:lang w:val="ru-RU"/>
        </w:rPr>
        <w:t>медикаменти</w:t>
      </w:r>
      <w:proofErr w:type="spellEnd"/>
      <w:r w:rsidRPr="009510A2">
        <w:rPr>
          <w:lang w:val="ru-RU"/>
        </w:rPr>
        <w:t xml:space="preserve"> та </w:t>
      </w:r>
      <w:proofErr w:type="spellStart"/>
      <w:r w:rsidRPr="009510A2">
        <w:rPr>
          <w:lang w:val="ru-RU"/>
        </w:rPr>
        <w:t>перев’язувальні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матеріали</w:t>
      </w:r>
      <w:proofErr w:type="spellEnd"/>
      <w:r w:rsidRPr="009510A2">
        <w:rPr>
          <w:lang w:val="ru-RU"/>
        </w:rPr>
        <w:t xml:space="preserve"> — 10 000,0 тис. </w:t>
      </w:r>
      <w:proofErr w:type="spellStart"/>
      <w:r w:rsidRPr="009510A2">
        <w:rPr>
          <w:lang w:val="ru-RU"/>
        </w:rPr>
        <w:t>грн</w:t>
      </w:r>
      <w:proofErr w:type="spellEnd"/>
      <w:r w:rsidRPr="009510A2">
        <w:rPr>
          <w:lang w:val="ru-RU"/>
        </w:rPr>
        <w:t>;</w:t>
      </w:r>
    </w:p>
    <w:p w:rsidR="003C7561" w:rsidRPr="009510A2" w:rsidRDefault="006B768E">
      <w:pPr>
        <w:spacing w:after="120"/>
        <w:rPr>
          <w:lang w:val="ru-RU"/>
        </w:rPr>
      </w:pPr>
      <w:r w:rsidRPr="009510A2">
        <w:rPr>
          <w:lang w:val="ru-RU"/>
        </w:rPr>
        <w:t xml:space="preserve">• оплата </w:t>
      </w:r>
      <w:proofErr w:type="spellStart"/>
      <w:r w:rsidRPr="009510A2">
        <w:rPr>
          <w:lang w:val="ru-RU"/>
        </w:rPr>
        <w:t>послуг</w:t>
      </w:r>
      <w:proofErr w:type="spellEnd"/>
      <w:r w:rsidRPr="009510A2">
        <w:rPr>
          <w:lang w:val="ru-RU"/>
        </w:rPr>
        <w:t xml:space="preserve"> — 1 030,0 тис. </w:t>
      </w:r>
      <w:proofErr w:type="spellStart"/>
      <w:r w:rsidRPr="009510A2">
        <w:rPr>
          <w:lang w:val="ru-RU"/>
        </w:rPr>
        <w:t>грн</w:t>
      </w:r>
      <w:proofErr w:type="spellEnd"/>
      <w:r w:rsidRPr="009510A2">
        <w:rPr>
          <w:lang w:val="ru-RU"/>
        </w:rPr>
        <w:t>;</w:t>
      </w:r>
    </w:p>
    <w:p w:rsidR="003C7561" w:rsidRPr="009510A2" w:rsidRDefault="006B768E">
      <w:pPr>
        <w:spacing w:after="120"/>
        <w:rPr>
          <w:lang w:val="ru-RU"/>
        </w:rPr>
      </w:pPr>
      <w:r w:rsidRPr="009510A2">
        <w:rPr>
          <w:lang w:val="ru-RU"/>
        </w:rPr>
        <w:t xml:space="preserve">• </w:t>
      </w:r>
      <w:proofErr w:type="spellStart"/>
      <w:r w:rsidRPr="009510A2">
        <w:rPr>
          <w:lang w:val="ru-RU"/>
        </w:rPr>
        <w:t>відрядження</w:t>
      </w:r>
      <w:proofErr w:type="spellEnd"/>
      <w:r w:rsidRPr="009510A2">
        <w:rPr>
          <w:lang w:val="ru-RU"/>
        </w:rPr>
        <w:t xml:space="preserve"> — 20,0 тис. </w:t>
      </w:r>
      <w:proofErr w:type="spellStart"/>
      <w:r w:rsidRPr="009510A2">
        <w:rPr>
          <w:lang w:val="ru-RU"/>
        </w:rPr>
        <w:t>грн</w:t>
      </w:r>
      <w:proofErr w:type="spellEnd"/>
      <w:r w:rsidRPr="009510A2">
        <w:rPr>
          <w:lang w:val="ru-RU"/>
        </w:rPr>
        <w:t>;</w:t>
      </w:r>
    </w:p>
    <w:p w:rsidR="003C7561" w:rsidRPr="009510A2" w:rsidRDefault="006B768E">
      <w:pPr>
        <w:spacing w:after="120"/>
        <w:rPr>
          <w:lang w:val="ru-RU"/>
        </w:rPr>
      </w:pPr>
      <w:r w:rsidRPr="009510A2">
        <w:rPr>
          <w:lang w:val="ru-RU"/>
        </w:rPr>
        <w:t xml:space="preserve">• </w:t>
      </w:r>
      <w:proofErr w:type="spellStart"/>
      <w:r w:rsidRPr="009510A2">
        <w:rPr>
          <w:lang w:val="ru-RU"/>
        </w:rPr>
        <w:t>інші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витрати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населенню</w:t>
      </w:r>
      <w:proofErr w:type="spellEnd"/>
      <w:r w:rsidRPr="009510A2">
        <w:rPr>
          <w:lang w:val="ru-RU"/>
        </w:rPr>
        <w:t xml:space="preserve"> — 4 000,0 тис. </w:t>
      </w:r>
      <w:proofErr w:type="spellStart"/>
      <w:r w:rsidRPr="009510A2">
        <w:rPr>
          <w:lang w:val="ru-RU"/>
        </w:rPr>
        <w:t>грн</w:t>
      </w:r>
      <w:proofErr w:type="spellEnd"/>
      <w:r w:rsidRPr="009510A2">
        <w:rPr>
          <w:lang w:val="ru-RU"/>
        </w:rPr>
        <w:t>;</w:t>
      </w:r>
    </w:p>
    <w:p w:rsidR="003C7561" w:rsidRPr="009510A2" w:rsidRDefault="006B768E">
      <w:pPr>
        <w:spacing w:after="120"/>
        <w:rPr>
          <w:lang w:val="ru-RU"/>
        </w:rPr>
      </w:pPr>
      <w:r w:rsidRPr="009510A2">
        <w:rPr>
          <w:lang w:val="ru-RU"/>
        </w:rPr>
        <w:t xml:space="preserve">• </w:t>
      </w:r>
      <w:proofErr w:type="spellStart"/>
      <w:r w:rsidRPr="009510A2">
        <w:rPr>
          <w:lang w:val="ru-RU"/>
        </w:rPr>
        <w:t>капітальні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видатки</w:t>
      </w:r>
      <w:proofErr w:type="spellEnd"/>
      <w:r w:rsidRPr="009510A2">
        <w:rPr>
          <w:lang w:val="ru-RU"/>
        </w:rPr>
        <w:t xml:space="preserve"> — 14 000,0 тис. грн.</w:t>
      </w:r>
    </w:p>
    <w:p w:rsidR="003C7561" w:rsidRPr="009510A2" w:rsidRDefault="006B768E">
      <w:pPr>
        <w:spacing w:before="160"/>
        <w:rPr>
          <w:lang w:val="ru-RU"/>
        </w:rPr>
      </w:pPr>
      <w:r w:rsidRPr="009510A2">
        <w:rPr>
          <w:b/>
          <w:lang w:val="ru-RU"/>
        </w:rPr>
        <w:t xml:space="preserve">5. Оплата </w:t>
      </w:r>
      <w:proofErr w:type="spellStart"/>
      <w:r w:rsidRPr="009510A2">
        <w:rPr>
          <w:b/>
          <w:lang w:val="ru-RU"/>
        </w:rPr>
        <w:t>праці</w:t>
      </w:r>
      <w:proofErr w:type="spellEnd"/>
      <w:r w:rsidRPr="009510A2">
        <w:rPr>
          <w:b/>
          <w:lang w:val="ru-RU"/>
        </w:rPr>
        <w:t xml:space="preserve"> та </w:t>
      </w:r>
      <w:proofErr w:type="spellStart"/>
      <w:r w:rsidRPr="009510A2">
        <w:rPr>
          <w:b/>
          <w:lang w:val="ru-RU"/>
        </w:rPr>
        <w:t>кадрове</w:t>
      </w:r>
      <w:proofErr w:type="spellEnd"/>
      <w:r w:rsidRPr="009510A2">
        <w:rPr>
          <w:b/>
          <w:lang w:val="ru-RU"/>
        </w:rPr>
        <w:t xml:space="preserve"> </w:t>
      </w:r>
      <w:proofErr w:type="spellStart"/>
      <w:r w:rsidRPr="009510A2">
        <w:rPr>
          <w:b/>
          <w:lang w:val="ru-RU"/>
        </w:rPr>
        <w:t>забезпечення</w:t>
      </w:r>
      <w:proofErr w:type="spellEnd"/>
    </w:p>
    <w:p w:rsidR="003C7561" w:rsidRPr="009510A2" w:rsidRDefault="006B768E">
      <w:pPr>
        <w:spacing w:after="120"/>
        <w:ind w:firstLine="400"/>
        <w:rPr>
          <w:lang w:val="ru-RU"/>
        </w:rPr>
      </w:pPr>
      <w:r w:rsidRPr="009510A2">
        <w:rPr>
          <w:lang w:val="ru-RU"/>
        </w:rPr>
        <w:t xml:space="preserve">Одним </w:t>
      </w:r>
      <w:proofErr w:type="spellStart"/>
      <w:r w:rsidRPr="009510A2">
        <w:rPr>
          <w:lang w:val="ru-RU"/>
        </w:rPr>
        <w:t>із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пріоритетних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напрямів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фінансового</w:t>
      </w:r>
      <w:proofErr w:type="spellEnd"/>
      <w:r w:rsidRPr="009510A2">
        <w:rPr>
          <w:lang w:val="ru-RU"/>
        </w:rPr>
        <w:t xml:space="preserve"> плану є </w:t>
      </w:r>
      <w:proofErr w:type="spellStart"/>
      <w:r w:rsidRPr="009510A2">
        <w:rPr>
          <w:lang w:val="ru-RU"/>
        </w:rPr>
        <w:t>забезп</w:t>
      </w:r>
      <w:r w:rsidRPr="009510A2">
        <w:rPr>
          <w:lang w:val="ru-RU"/>
        </w:rPr>
        <w:t>ечення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своєчасної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виплати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заробітної</w:t>
      </w:r>
      <w:proofErr w:type="spellEnd"/>
      <w:r w:rsidRPr="009510A2">
        <w:rPr>
          <w:lang w:val="ru-RU"/>
        </w:rPr>
        <w:t xml:space="preserve"> плати та </w:t>
      </w:r>
      <w:proofErr w:type="spellStart"/>
      <w:r w:rsidRPr="009510A2">
        <w:rPr>
          <w:lang w:val="ru-RU"/>
        </w:rPr>
        <w:t>збереження</w:t>
      </w:r>
      <w:proofErr w:type="spellEnd"/>
      <w:r w:rsidRPr="009510A2">
        <w:rPr>
          <w:lang w:val="ru-RU"/>
        </w:rPr>
        <w:t xml:space="preserve"> кадрового </w:t>
      </w:r>
      <w:proofErr w:type="spellStart"/>
      <w:r w:rsidRPr="009510A2">
        <w:rPr>
          <w:lang w:val="ru-RU"/>
        </w:rPr>
        <w:t>потенціалу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підприємства</w:t>
      </w:r>
      <w:proofErr w:type="spellEnd"/>
      <w:r w:rsidRPr="009510A2">
        <w:rPr>
          <w:lang w:val="ru-RU"/>
        </w:rPr>
        <w:t xml:space="preserve">. Фонд оплати </w:t>
      </w:r>
      <w:proofErr w:type="spellStart"/>
      <w:r w:rsidRPr="009510A2">
        <w:rPr>
          <w:lang w:val="ru-RU"/>
        </w:rPr>
        <w:t>праці</w:t>
      </w:r>
      <w:proofErr w:type="spellEnd"/>
      <w:r w:rsidRPr="009510A2">
        <w:rPr>
          <w:lang w:val="ru-RU"/>
        </w:rPr>
        <w:t xml:space="preserve"> на 2027 </w:t>
      </w:r>
      <w:proofErr w:type="spellStart"/>
      <w:r w:rsidRPr="009510A2">
        <w:rPr>
          <w:lang w:val="ru-RU"/>
        </w:rPr>
        <w:t>рік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заплановано</w:t>
      </w:r>
      <w:proofErr w:type="spellEnd"/>
      <w:r w:rsidRPr="009510A2">
        <w:rPr>
          <w:lang w:val="ru-RU"/>
        </w:rPr>
        <w:t xml:space="preserve"> в </w:t>
      </w:r>
      <w:proofErr w:type="spellStart"/>
      <w:r w:rsidRPr="009510A2">
        <w:rPr>
          <w:lang w:val="ru-RU"/>
        </w:rPr>
        <w:t>сумі</w:t>
      </w:r>
      <w:proofErr w:type="spellEnd"/>
      <w:r w:rsidRPr="009510A2">
        <w:rPr>
          <w:lang w:val="ru-RU"/>
        </w:rPr>
        <w:t xml:space="preserve"> </w:t>
      </w:r>
      <w:r w:rsidR="009510A2">
        <w:rPr>
          <w:lang w:val="ru-RU"/>
        </w:rPr>
        <w:t>38000</w:t>
      </w:r>
      <w:r w:rsidRPr="009510A2">
        <w:rPr>
          <w:lang w:val="ru-RU"/>
        </w:rPr>
        <w:t xml:space="preserve">,0 тис. </w:t>
      </w:r>
      <w:proofErr w:type="spellStart"/>
      <w:r w:rsidRPr="009510A2">
        <w:rPr>
          <w:lang w:val="ru-RU"/>
        </w:rPr>
        <w:t>грн</w:t>
      </w:r>
      <w:proofErr w:type="spellEnd"/>
      <w:r w:rsidRPr="009510A2">
        <w:rPr>
          <w:lang w:val="ru-RU"/>
        </w:rPr>
        <w:t xml:space="preserve">, </w:t>
      </w:r>
      <w:proofErr w:type="spellStart"/>
      <w:r w:rsidRPr="009510A2">
        <w:rPr>
          <w:lang w:val="ru-RU"/>
        </w:rPr>
        <w:t>нарахування</w:t>
      </w:r>
      <w:proofErr w:type="spellEnd"/>
      <w:r w:rsidRPr="009510A2">
        <w:rPr>
          <w:lang w:val="ru-RU"/>
        </w:rPr>
        <w:t xml:space="preserve"> на оплату </w:t>
      </w:r>
      <w:proofErr w:type="spellStart"/>
      <w:r w:rsidRPr="009510A2">
        <w:rPr>
          <w:lang w:val="ru-RU"/>
        </w:rPr>
        <w:t>праці</w:t>
      </w:r>
      <w:proofErr w:type="spellEnd"/>
      <w:r w:rsidRPr="009510A2">
        <w:rPr>
          <w:lang w:val="ru-RU"/>
        </w:rPr>
        <w:t xml:space="preserve"> — </w:t>
      </w:r>
      <w:r w:rsidR="009510A2">
        <w:rPr>
          <w:lang w:val="ru-RU"/>
        </w:rPr>
        <w:t>8360,0</w:t>
      </w:r>
      <w:r w:rsidRPr="009510A2">
        <w:rPr>
          <w:lang w:val="ru-RU"/>
        </w:rPr>
        <w:t xml:space="preserve"> тис. грн.</w:t>
      </w:r>
    </w:p>
    <w:p w:rsidR="003C7561" w:rsidRPr="009510A2" w:rsidRDefault="006B768E">
      <w:pPr>
        <w:spacing w:after="120"/>
        <w:ind w:firstLine="400"/>
        <w:rPr>
          <w:lang w:val="ru-RU"/>
        </w:rPr>
      </w:pPr>
      <w:proofErr w:type="spellStart"/>
      <w:r w:rsidRPr="009510A2">
        <w:rPr>
          <w:lang w:val="ru-RU"/>
        </w:rPr>
        <w:t>Забезпечення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належного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рівня</w:t>
      </w:r>
      <w:proofErr w:type="spellEnd"/>
      <w:r w:rsidRPr="009510A2">
        <w:rPr>
          <w:lang w:val="ru-RU"/>
        </w:rPr>
        <w:t xml:space="preserve"> оплати </w:t>
      </w:r>
      <w:proofErr w:type="spellStart"/>
      <w:r w:rsidRPr="009510A2">
        <w:rPr>
          <w:lang w:val="ru-RU"/>
        </w:rPr>
        <w:t>праці</w:t>
      </w:r>
      <w:proofErr w:type="spellEnd"/>
      <w:r w:rsidRPr="009510A2">
        <w:rPr>
          <w:lang w:val="ru-RU"/>
        </w:rPr>
        <w:t xml:space="preserve"> та </w:t>
      </w:r>
      <w:proofErr w:type="spellStart"/>
      <w:r w:rsidRPr="009510A2">
        <w:rPr>
          <w:lang w:val="ru-RU"/>
        </w:rPr>
        <w:t>стимулювання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працівників</w:t>
      </w:r>
      <w:proofErr w:type="spellEnd"/>
      <w:r w:rsidRPr="009510A2">
        <w:rPr>
          <w:lang w:val="ru-RU"/>
        </w:rPr>
        <w:t xml:space="preserve"> є </w:t>
      </w:r>
      <w:proofErr w:type="spellStart"/>
      <w:r w:rsidRPr="009510A2">
        <w:rPr>
          <w:lang w:val="ru-RU"/>
        </w:rPr>
        <w:t>важливою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умовою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збереження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кваліфікованих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медичних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кадрів</w:t>
      </w:r>
      <w:proofErr w:type="spellEnd"/>
      <w:r w:rsidRPr="009510A2">
        <w:rPr>
          <w:lang w:val="ru-RU"/>
        </w:rPr>
        <w:t xml:space="preserve">, </w:t>
      </w:r>
      <w:proofErr w:type="spellStart"/>
      <w:r w:rsidRPr="009510A2">
        <w:rPr>
          <w:lang w:val="ru-RU"/>
        </w:rPr>
        <w:t>підвищення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мотивації</w:t>
      </w:r>
      <w:proofErr w:type="spellEnd"/>
      <w:r w:rsidRPr="009510A2">
        <w:rPr>
          <w:lang w:val="ru-RU"/>
        </w:rPr>
        <w:t xml:space="preserve"> персоналу та </w:t>
      </w:r>
      <w:proofErr w:type="spellStart"/>
      <w:r w:rsidRPr="009510A2">
        <w:rPr>
          <w:lang w:val="ru-RU"/>
        </w:rPr>
        <w:t>забезпечення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якісної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медичної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допомоги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населенню</w:t>
      </w:r>
      <w:proofErr w:type="spellEnd"/>
      <w:r w:rsidRPr="009510A2">
        <w:rPr>
          <w:lang w:val="ru-RU"/>
        </w:rPr>
        <w:t>.</w:t>
      </w:r>
    </w:p>
    <w:p w:rsidR="003C7561" w:rsidRPr="009510A2" w:rsidRDefault="006B768E">
      <w:pPr>
        <w:spacing w:before="160"/>
        <w:rPr>
          <w:lang w:val="ru-RU"/>
        </w:rPr>
      </w:pPr>
      <w:r w:rsidRPr="009510A2">
        <w:rPr>
          <w:b/>
          <w:lang w:val="ru-RU"/>
        </w:rPr>
        <w:t xml:space="preserve">6. </w:t>
      </w:r>
      <w:proofErr w:type="spellStart"/>
      <w:r w:rsidRPr="009510A2">
        <w:rPr>
          <w:b/>
          <w:lang w:val="ru-RU"/>
        </w:rPr>
        <w:t>Медикаменти</w:t>
      </w:r>
      <w:proofErr w:type="spellEnd"/>
      <w:r w:rsidRPr="009510A2">
        <w:rPr>
          <w:b/>
          <w:lang w:val="ru-RU"/>
        </w:rPr>
        <w:t xml:space="preserve">, </w:t>
      </w:r>
      <w:proofErr w:type="spellStart"/>
      <w:r w:rsidRPr="009510A2">
        <w:rPr>
          <w:b/>
          <w:lang w:val="ru-RU"/>
        </w:rPr>
        <w:t>матеріали</w:t>
      </w:r>
      <w:proofErr w:type="spellEnd"/>
      <w:r w:rsidRPr="009510A2">
        <w:rPr>
          <w:b/>
          <w:lang w:val="ru-RU"/>
        </w:rPr>
        <w:t xml:space="preserve"> та </w:t>
      </w:r>
      <w:proofErr w:type="spellStart"/>
      <w:r w:rsidRPr="009510A2">
        <w:rPr>
          <w:b/>
          <w:lang w:val="ru-RU"/>
        </w:rPr>
        <w:t>комунальні</w:t>
      </w:r>
      <w:proofErr w:type="spellEnd"/>
      <w:r w:rsidRPr="009510A2">
        <w:rPr>
          <w:b/>
          <w:lang w:val="ru-RU"/>
        </w:rPr>
        <w:t xml:space="preserve"> </w:t>
      </w:r>
      <w:proofErr w:type="spellStart"/>
      <w:r w:rsidRPr="009510A2">
        <w:rPr>
          <w:b/>
          <w:lang w:val="ru-RU"/>
        </w:rPr>
        <w:t>послуги</w:t>
      </w:r>
      <w:proofErr w:type="spellEnd"/>
    </w:p>
    <w:p w:rsidR="003C7561" w:rsidRPr="009510A2" w:rsidRDefault="006B768E">
      <w:pPr>
        <w:spacing w:after="120"/>
        <w:ind w:firstLine="400"/>
        <w:rPr>
          <w:lang w:val="ru-RU"/>
        </w:rPr>
      </w:pPr>
      <w:proofErr w:type="spellStart"/>
      <w:r w:rsidRPr="009510A2">
        <w:rPr>
          <w:lang w:val="ru-RU"/>
        </w:rPr>
        <w:lastRenderedPageBreak/>
        <w:t>Видатки</w:t>
      </w:r>
      <w:proofErr w:type="spellEnd"/>
      <w:r w:rsidRPr="009510A2">
        <w:rPr>
          <w:lang w:val="ru-RU"/>
        </w:rPr>
        <w:t xml:space="preserve"> на </w:t>
      </w:r>
      <w:proofErr w:type="spellStart"/>
      <w:r w:rsidRPr="009510A2">
        <w:rPr>
          <w:lang w:val="ru-RU"/>
        </w:rPr>
        <w:t>медикаменти</w:t>
      </w:r>
      <w:proofErr w:type="spellEnd"/>
      <w:r w:rsidRPr="009510A2">
        <w:rPr>
          <w:lang w:val="ru-RU"/>
        </w:rPr>
        <w:t xml:space="preserve"> та </w:t>
      </w:r>
      <w:proofErr w:type="spellStart"/>
      <w:r w:rsidRPr="009510A2">
        <w:rPr>
          <w:lang w:val="ru-RU"/>
        </w:rPr>
        <w:t>перев’язувал</w:t>
      </w:r>
      <w:r w:rsidRPr="009510A2">
        <w:rPr>
          <w:lang w:val="ru-RU"/>
        </w:rPr>
        <w:t>ьні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матеріали</w:t>
      </w:r>
      <w:proofErr w:type="spellEnd"/>
      <w:r w:rsidRPr="009510A2">
        <w:rPr>
          <w:lang w:val="ru-RU"/>
        </w:rPr>
        <w:t xml:space="preserve">, </w:t>
      </w:r>
      <w:proofErr w:type="spellStart"/>
      <w:r w:rsidRPr="009510A2">
        <w:rPr>
          <w:lang w:val="ru-RU"/>
        </w:rPr>
        <w:t>предмети</w:t>
      </w:r>
      <w:proofErr w:type="spellEnd"/>
      <w:r w:rsidRPr="009510A2">
        <w:rPr>
          <w:lang w:val="ru-RU"/>
        </w:rPr>
        <w:t xml:space="preserve">, </w:t>
      </w:r>
      <w:proofErr w:type="spellStart"/>
      <w:r w:rsidRPr="009510A2">
        <w:rPr>
          <w:lang w:val="ru-RU"/>
        </w:rPr>
        <w:t>матеріали</w:t>
      </w:r>
      <w:proofErr w:type="spellEnd"/>
      <w:r w:rsidRPr="009510A2">
        <w:rPr>
          <w:lang w:val="ru-RU"/>
        </w:rPr>
        <w:t xml:space="preserve">, </w:t>
      </w:r>
      <w:proofErr w:type="spellStart"/>
      <w:r w:rsidRPr="009510A2">
        <w:rPr>
          <w:lang w:val="ru-RU"/>
        </w:rPr>
        <w:t>обладнання</w:t>
      </w:r>
      <w:proofErr w:type="spellEnd"/>
      <w:r w:rsidRPr="009510A2">
        <w:rPr>
          <w:lang w:val="ru-RU"/>
        </w:rPr>
        <w:t xml:space="preserve"> та </w:t>
      </w:r>
      <w:proofErr w:type="spellStart"/>
      <w:r w:rsidRPr="009510A2">
        <w:rPr>
          <w:lang w:val="ru-RU"/>
        </w:rPr>
        <w:t>інвентар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передбачені</w:t>
      </w:r>
      <w:proofErr w:type="spellEnd"/>
      <w:r w:rsidRPr="009510A2">
        <w:rPr>
          <w:lang w:val="ru-RU"/>
        </w:rPr>
        <w:t xml:space="preserve"> для </w:t>
      </w:r>
      <w:proofErr w:type="spellStart"/>
      <w:r w:rsidRPr="009510A2">
        <w:rPr>
          <w:lang w:val="ru-RU"/>
        </w:rPr>
        <w:t>забезпечення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безперебійного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лікувально-діагностичного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процесу</w:t>
      </w:r>
      <w:proofErr w:type="spellEnd"/>
      <w:r w:rsidRPr="009510A2">
        <w:rPr>
          <w:lang w:val="ru-RU"/>
        </w:rPr>
        <w:t xml:space="preserve"> та </w:t>
      </w:r>
      <w:proofErr w:type="spellStart"/>
      <w:r w:rsidRPr="009510A2">
        <w:rPr>
          <w:lang w:val="ru-RU"/>
        </w:rPr>
        <w:t>належного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функціонування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амбулаторій</w:t>
      </w:r>
      <w:proofErr w:type="spellEnd"/>
      <w:r w:rsidRPr="009510A2">
        <w:rPr>
          <w:lang w:val="ru-RU"/>
        </w:rPr>
        <w:t xml:space="preserve"> і </w:t>
      </w:r>
      <w:proofErr w:type="spellStart"/>
      <w:r w:rsidRPr="009510A2">
        <w:rPr>
          <w:lang w:val="ru-RU"/>
        </w:rPr>
        <w:t>структурних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підрозділів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підприємства</w:t>
      </w:r>
      <w:proofErr w:type="spellEnd"/>
      <w:r w:rsidRPr="009510A2">
        <w:rPr>
          <w:lang w:val="ru-RU"/>
        </w:rPr>
        <w:t>.</w:t>
      </w:r>
    </w:p>
    <w:p w:rsidR="003C7561" w:rsidRPr="009510A2" w:rsidRDefault="006B768E">
      <w:pPr>
        <w:spacing w:after="120"/>
        <w:ind w:firstLine="400"/>
        <w:rPr>
          <w:lang w:val="ru-RU"/>
        </w:rPr>
      </w:pPr>
      <w:proofErr w:type="spellStart"/>
      <w:r w:rsidRPr="009510A2">
        <w:rPr>
          <w:lang w:val="ru-RU"/>
        </w:rPr>
        <w:t>Витрати</w:t>
      </w:r>
      <w:proofErr w:type="spellEnd"/>
      <w:r w:rsidRPr="009510A2">
        <w:rPr>
          <w:lang w:val="ru-RU"/>
        </w:rPr>
        <w:t xml:space="preserve"> на </w:t>
      </w:r>
      <w:proofErr w:type="spellStart"/>
      <w:r w:rsidRPr="009510A2">
        <w:rPr>
          <w:lang w:val="ru-RU"/>
        </w:rPr>
        <w:t>комунальні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послуги</w:t>
      </w:r>
      <w:proofErr w:type="spellEnd"/>
      <w:r w:rsidRPr="009510A2">
        <w:rPr>
          <w:lang w:val="ru-RU"/>
        </w:rPr>
        <w:t xml:space="preserve"> та </w:t>
      </w:r>
      <w:proofErr w:type="spellStart"/>
      <w:r w:rsidRPr="009510A2">
        <w:rPr>
          <w:lang w:val="ru-RU"/>
        </w:rPr>
        <w:t>енерго</w:t>
      </w:r>
      <w:r w:rsidRPr="009510A2">
        <w:rPr>
          <w:lang w:val="ru-RU"/>
        </w:rPr>
        <w:t>носії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розраховані</w:t>
      </w:r>
      <w:proofErr w:type="spellEnd"/>
      <w:r w:rsidRPr="009510A2">
        <w:rPr>
          <w:lang w:val="ru-RU"/>
        </w:rPr>
        <w:t xml:space="preserve"> з </w:t>
      </w:r>
      <w:proofErr w:type="spellStart"/>
      <w:r w:rsidRPr="009510A2">
        <w:rPr>
          <w:lang w:val="ru-RU"/>
        </w:rPr>
        <w:t>урахуванням</w:t>
      </w:r>
      <w:proofErr w:type="spellEnd"/>
      <w:r w:rsidRPr="009510A2">
        <w:rPr>
          <w:lang w:val="ru-RU"/>
        </w:rPr>
        <w:t xml:space="preserve"> квартального </w:t>
      </w:r>
      <w:proofErr w:type="spellStart"/>
      <w:r w:rsidRPr="009510A2">
        <w:rPr>
          <w:lang w:val="ru-RU"/>
        </w:rPr>
        <w:t>розподілу</w:t>
      </w:r>
      <w:proofErr w:type="spellEnd"/>
      <w:r w:rsidRPr="009510A2">
        <w:rPr>
          <w:lang w:val="ru-RU"/>
        </w:rPr>
        <w:t xml:space="preserve"> потреби </w:t>
      </w:r>
      <w:proofErr w:type="spellStart"/>
      <w:r w:rsidRPr="009510A2">
        <w:rPr>
          <w:lang w:val="ru-RU"/>
        </w:rPr>
        <w:t>підприємства</w:t>
      </w:r>
      <w:proofErr w:type="spellEnd"/>
      <w:r w:rsidRPr="009510A2">
        <w:rPr>
          <w:lang w:val="ru-RU"/>
        </w:rPr>
        <w:t xml:space="preserve"> та </w:t>
      </w:r>
      <w:proofErr w:type="spellStart"/>
      <w:r w:rsidRPr="009510A2">
        <w:rPr>
          <w:lang w:val="ru-RU"/>
        </w:rPr>
        <w:t>необхідності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забезпечення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безперебійного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функціонування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приміщень</w:t>
      </w:r>
      <w:proofErr w:type="spellEnd"/>
      <w:r w:rsidRPr="009510A2">
        <w:rPr>
          <w:lang w:val="ru-RU"/>
        </w:rPr>
        <w:t xml:space="preserve"> і </w:t>
      </w:r>
      <w:proofErr w:type="spellStart"/>
      <w:r w:rsidRPr="009510A2">
        <w:rPr>
          <w:lang w:val="ru-RU"/>
        </w:rPr>
        <w:t>медичних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підрозділів</w:t>
      </w:r>
      <w:proofErr w:type="spellEnd"/>
      <w:r w:rsidRPr="009510A2">
        <w:rPr>
          <w:lang w:val="ru-RU"/>
        </w:rPr>
        <w:t>.</w:t>
      </w:r>
    </w:p>
    <w:p w:rsidR="003C7561" w:rsidRPr="009510A2" w:rsidRDefault="006B768E">
      <w:pPr>
        <w:spacing w:before="160"/>
        <w:rPr>
          <w:lang w:val="ru-RU"/>
        </w:rPr>
      </w:pPr>
      <w:r w:rsidRPr="009510A2">
        <w:rPr>
          <w:b/>
          <w:lang w:val="ru-RU"/>
        </w:rPr>
        <w:t xml:space="preserve">7. </w:t>
      </w:r>
      <w:proofErr w:type="spellStart"/>
      <w:r w:rsidRPr="009510A2">
        <w:rPr>
          <w:b/>
          <w:lang w:val="ru-RU"/>
        </w:rPr>
        <w:t>Капітальні</w:t>
      </w:r>
      <w:proofErr w:type="spellEnd"/>
      <w:r w:rsidRPr="009510A2">
        <w:rPr>
          <w:b/>
          <w:lang w:val="ru-RU"/>
        </w:rPr>
        <w:t xml:space="preserve"> </w:t>
      </w:r>
      <w:proofErr w:type="spellStart"/>
      <w:r w:rsidRPr="009510A2">
        <w:rPr>
          <w:b/>
          <w:lang w:val="ru-RU"/>
        </w:rPr>
        <w:t>видатки</w:t>
      </w:r>
      <w:proofErr w:type="spellEnd"/>
    </w:p>
    <w:p w:rsidR="003C7561" w:rsidRPr="009510A2" w:rsidRDefault="006B768E">
      <w:pPr>
        <w:spacing w:after="120"/>
        <w:ind w:firstLine="400"/>
        <w:rPr>
          <w:lang w:val="ru-RU"/>
        </w:rPr>
      </w:pPr>
      <w:proofErr w:type="spellStart"/>
      <w:r w:rsidRPr="009510A2">
        <w:rPr>
          <w:lang w:val="ru-RU"/>
        </w:rPr>
        <w:t>Капітальні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видатки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передбачені</w:t>
      </w:r>
      <w:proofErr w:type="spellEnd"/>
      <w:r w:rsidRPr="009510A2">
        <w:rPr>
          <w:lang w:val="ru-RU"/>
        </w:rPr>
        <w:t xml:space="preserve"> для </w:t>
      </w:r>
      <w:proofErr w:type="spellStart"/>
      <w:r w:rsidRPr="009510A2">
        <w:rPr>
          <w:lang w:val="ru-RU"/>
        </w:rPr>
        <w:t>оновлення</w:t>
      </w:r>
      <w:proofErr w:type="spellEnd"/>
      <w:r w:rsidRPr="009510A2">
        <w:rPr>
          <w:lang w:val="ru-RU"/>
        </w:rPr>
        <w:t xml:space="preserve"> та </w:t>
      </w:r>
      <w:proofErr w:type="spellStart"/>
      <w:r w:rsidRPr="009510A2">
        <w:rPr>
          <w:lang w:val="ru-RU"/>
        </w:rPr>
        <w:t>розвитку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матеріал</w:t>
      </w:r>
      <w:r w:rsidRPr="009510A2">
        <w:rPr>
          <w:lang w:val="ru-RU"/>
        </w:rPr>
        <w:t>ьно-технічної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бази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підприємства</w:t>
      </w:r>
      <w:proofErr w:type="spellEnd"/>
      <w:r w:rsidRPr="009510A2">
        <w:rPr>
          <w:lang w:val="ru-RU"/>
        </w:rPr>
        <w:t xml:space="preserve">, </w:t>
      </w:r>
      <w:proofErr w:type="spellStart"/>
      <w:r w:rsidRPr="009510A2">
        <w:rPr>
          <w:lang w:val="ru-RU"/>
        </w:rPr>
        <w:t>придбання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необхідного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обладнання</w:t>
      </w:r>
      <w:proofErr w:type="spellEnd"/>
      <w:r w:rsidRPr="009510A2">
        <w:rPr>
          <w:lang w:val="ru-RU"/>
        </w:rPr>
        <w:t xml:space="preserve"> та </w:t>
      </w:r>
      <w:proofErr w:type="spellStart"/>
      <w:r w:rsidRPr="009510A2">
        <w:rPr>
          <w:lang w:val="ru-RU"/>
        </w:rPr>
        <w:t>проведення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заходів</w:t>
      </w:r>
      <w:proofErr w:type="spellEnd"/>
      <w:r w:rsidRPr="009510A2">
        <w:rPr>
          <w:lang w:val="ru-RU"/>
        </w:rPr>
        <w:t xml:space="preserve">, </w:t>
      </w:r>
      <w:proofErr w:type="spellStart"/>
      <w:r w:rsidRPr="009510A2">
        <w:rPr>
          <w:lang w:val="ru-RU"/>
        </w:rPr>
        <w:t>спрямованих</w:t>
      </w:r>
      <w:proofErr w:type="spellEnd"/>
      <w:r w:rsidRPr="009510A2">
        <w:rPr>
          <w:lang w:val="ru-RU"/>
        </w:rPr>
        <w:t xml:space="preserve"> на </w:t>
      </w:r>
      <w:proofErr w:type="spellStart"/>
      <w:r w:rsidRPr="009510A2">
        <w:rPr>
          <w:lang w:val="ru-RU"/>
        </w:rPr>
        <w:t>покращення</w:t>
      </w:r>
      <w:proofErr w:type="spellEnd"/>
      <w:r w:rsidRPr="009510A2">
        <w:rPr>
          <w:lang w:val="ru-RU"/>
        </w:rPr>
        <w:t xml:space="preserve"> умов </w:t>
      </w:r>
      <w:proofErr w:type="spellStart"/>
      <w:r w:rsidRPr="009510A2">
        <w:rPr>
          <w:lang w:val="ru-RU"/>
        </w:rPr>
        <w:t>надання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медичної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допомоги</w:t>
      </w:r>
      <w:proofErr w:type="spellEnd"/>
      <w:r w:rsidRPr="009510A2">
        <w:rPr>
          <w:lang w:val="ru-RU"/>
        </w:rPr>
        <w:t>.</w:t>
      </w:r>
    </w:p>
    <w:p w:rsidR="003C7561" w:rsidRPr="009510A2" w:rsidRDefault="006B768E">
      <w:pPr>
        <w:spacing w:before="160"/>
        <w:rPr>
          <w:lang w:val="ru-RU"/>
        </w:rPr>
      </w:pPr>
      <w:r w:rsidRPr="009510A2">
        <w:rPr>
          <w:b/>
          <w:lang w:val="ru-RU"/>
        </w:rPr>
        <w:t xml:space="preserve">8. </w:t>
      </w:r>
      <w:proofErr w:type="spellStart"/>
      <w:r w:rsidRPr="009510A2">
        <w:rPr>
          <w:b/>
          <w:lang w:val="ru-RU"/>
        </w:rPr>
        <w:t>Фінансовий</w:t>
      </w:r>
      <w:proofErr w:type="spellEnd"/>
      <w:r w:rsidRPr="009510A2">
        <w:rPr>
          <w:b/>
          <w:lang w:val="ru-RU"/>
        </w:rPr>
        <w:t xml:space="preserve"> результат</w:t>
      </w:r>
    </w:p>
    <w:p w:rsidR="003C7561" w:rsidRPr="009510A2" w:rsidRDefault="006B768E">
      <w:pPr>
        <w:spacing w:after="120"/>
        <w:ind w:firstLine="400"/>
        <w:rPr>
          <w:lang w:val="ru-RU"/>
        </w:rPr>
      </w:pPr>
      <w:r w:rsidRPr="009510A2">
        <w:rPr>
          <w:lang w:val="ru-RU"/>
        </w:rPr>
        <w:t xml:space="preserve">За </w:t>
      </w:r>
      <w:proofErr w:type="spellStart"/>
      <w:r w:rsidRPr="009510A2">
        <w:rPr>
          <w:lang w:val="ru-RU"/>
        </w:rPr>
        <w:t>квартальним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розподілом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фінансового</w:t>
      </w:r>
      <w:proofErr w:type="spellEnd"/>
      <w:r w:rsidRPr="009510A2">
        <w:rPr>
          <w:lang w:val="ru-RU"/>
        </w:rPr>
        <w:t xml:space="preserve"> плану на 2027 </w:t>
      </w:r>
      <w:proofErr w:type="spellStart"/>
      <w:r w:rsidRPr="009510A2">
        <w:rPr>
          <w:lang w:val="ru-RU"/>
        </w:rPr>
        <w:t>рік</w:t>
      </w:r>
      <w:proofErr w:type="spellEnd"/>
      <w:r w:rsidRPr="009510A2">
        <w:rPr>
          <w:lang w:val="ru-RU"/>
        </w:rPr>
        <w:t xml:space="preserve"> доходи </w:t>
      </w:r>
      <w:proofErr w:type="spellStart"/>
      <w:r w:rsidRPr="009510A2">
        <w:rPr>
          <w:lang w:val="ru-RU"/>
        </w:rPr>
        <w:t>становлять</w:t>
      </w:r>
      <w:proofErr w:type="spellEnd"/>
      <w:r w:rsidRPr="009510A2">
        <w:rPr>
          <w:lang w:val="ru-RU"/>
        </w:rPr>
        <w:t xml:space="preserve"> 83 519,2 ти</w:t>
      </w:r>
      <w:r w:rsidRPr="009510A2">
        <w:rPr>
          <w:lang w:val="ru-RU"/>
        </w:rPr>
        <w:t xml:space="preserve">с. </w:t>
      </w:r>
      <w:proofErr w:type="spellStart"/>
      <w:r w:rsidRPr="009510A2">
        <w:rPr>
          <w:lang w:val="ru-RU"/>
        </w:rPr>
        <w:t>грн</w:t>
      </w:r>
      <w:proofErr w:type="spellEnd"/>
      <w:r w:rsidRPr="009510A2">
        <w:rPr>
          <w:lang w:val="ru-RU"/>
        </w:rPr>
        <w:t xml:space="preserve">, </w:t>
      </w:r>
      <w:proofErr w:type="spellStart"/>
      <w:r w:rsidRPr="009510A2">
        <w:rPr>
          <w:lang w:val="ru-RU"/>
        </w:rPr>
        <w:t>витрати</w:t>
      </w:r>
      <w:proofErr w:type="spellEnd"/>
      <w:r w:rsidRPr="009510A2">
        <w:rPr>
          <w:lang w:val="ru-RU"/>
        </w:rPr>
        <w:t xml:space="preserve"> — 82 152,0 тис. </w:t>
      </w:r>
      <w:proofErr w:type="spellStart"/>
      <w:r w:rsidRPr="009510A2">
        <w:rPr>
          <w:lang w:val="ru-RU"/>
        </w:rPr>
        <w:t>грн</w:t>
      </w:r>
      <w:proofErr w:type="spellEnd"/>
      <w:r w:rsidRPr="009510A2">
        <w:rPr>
          <w:lang w:val="ru-RU"/>
        </w:rPr>
        <w:t xml:space="preserve">, у </w:t>
      </w:r>
      <w:proofErr w:type="spellStart"/>
      <w:r w:rsidRPr="009510A2">
        <w:rPr>
          <w:lang w:val="ru-RU"/>
        </w:rPr>
        <w:t>результаті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чого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очікується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прибуток</w:t>
      </w:r>
      <w:proofErr w:type="spellEnd"/>
      <w:r w:rsidRPr="009510A2">
        <w:rPr>
          <w:lang w:val="ru-RU"/>
        </w:rPr>
        <w:t xml:space="preserve"> у </w:t>
      </w:r>
      <w:proofErr w:type="spellStart"/>
      <w:r w:rsidRPr="009510A2">
        <w:rPr>
          <w:lang w:val="ru-RU"/>
        </w:rPr>
        <w:t>сумі</w:t>
      </w:r>
      <w:proofErr w:type="spellEnd"/>
      <w:r w:rsidRPr="009510A2">
        <w:rPr>
          <w:lang w:val="ru-RU"/>
        </w:rPr>
        <w:t xml:space="preserve"> 1 367,2 тис. грн.</w:t>
      </w:r>
    </w:p>
    <w:p w:rsidR="003C7561" w:rsidRPr="009510A2" w:rsidRDefault="006B768E">
      <w:pPr>
        <w:spacing w:after="120"/>
        <w:ind w:firstLine="400"/>
        <w:rPr>
          <w:lang w:val="ru-RU"/>
        </w:rPr>
      </w:pPr>
      <w:proofErr w:type="spellStart"/>
      <w:r w:rsidRPr="009510A2">
        <w:rPr>
          <w:lang w:val="ru-RU"/>
        </w:rPr>
        <w:t>Позитивний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фінансовий</w:t>
      </w:r>
      <w:proofErr w:type="spellEnd"/>
      <w:r w:rsidRPr="009510A2">
        <w:rPr>
          <w:lang w:val="ru-RU"/>
        </w:rPr>
        <w:t xml:space="preserve"> результат </w:t>
      </w:r>
      <w:proofErr w:type="spellStart"/>
      <w:r w:rsidRPr="009510A2">
        <w:rPr>
          <w:lang w:val="ru-RU"/>
        </w:rPr>
        <w:t>свідчить</w:t>
      </w:r>
      <w:proofErr w:type="spellEnd"/>
      <w:r w:rsidRPr="009510A2">
        <w:rPr>
          <w:lang w:val="ru-RU"/>
        </w:rPr>
        <w:t xml:space="preserve"> про </w:t>
      </w:r>
      <w:proofErr w:type="spellStart"/>
      <w:r w:rsidRPr="009510A2">
        <w:rPr>
          <w:lang w:val="ru-RU"/>
        </w:rPr>
        <w:t>збалансованість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планових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показників</w:t>
      </w:r>
      <w:proofErr w:type="spellEnd"/>
      <w:r w:rsidRPr="009510A2">
        <w:rPr>
          <w:lang w:val="ru-RU"/>
        </w:rPr>
        <w:t xml:space="preserve"> та </w:t>
      </w:r>
      <w:proofErr w:type="spellStart"/>
      <w:r w:rsidRPr="009510A2">
        <w:rPr>
          <w:lang w:val="ru-RU"/>
        </w:rPr>
        <w:t>створює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можливість</w:t>
      </w:r>
      <w:proofErr w:type="spellEnd"/>
      <w:r w:rsidRPr="009510A2">
        <w:rPr>
          <w:lang w:val="ru-RU"/>
        </w:rPr>
        <w:t xml:space="preserve"> для </w:t>
      </w:r>
      <w:proofErr w:type="spellStart"/>
      <w:r w:rsidRPr="009510A2">
        <w:rPr>
          <w:lang w:val="ru-RU"/>
        </w:rPr>
        <w:t>забезпечення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фінансової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стабільності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підприємства</w:t>
      </w:r>
      <w:proofErr w:type="spellEnd"/>
      <w:r w:rsidRPr="009510A2">
        <w:rPr>
          <w:lang w:val="ru-RU"/>
        </w:rPr>
        <w:t>.</w:t>
      </w:r>
    </w:p>
    <w:p w:rsidR="006B768E" w:rsidRDefault="006B768E">
      <w:pPr>
        <w:spacing w:before="160"/>
        <w:rPr>
          <w:b/>
          <w:lang w:val="ru-RU"/>
        </w:rPr>
      </w:pPr>
    </w:p>
    <w:p w:rsidR="003C7561" w:rsidRPr="009510A2" w:rsidRDefault="006B768E">
      <w:pPr>
        <w:spacing w:before="160"/>
        <w:rPr>
          <w:lang w:val="ru-RU"/>
        </w:rPr>
      </w:pPr>
      <w:bookmarkStart w:id="0" w:name="_GoBack"/>
      <w:bookmarkEnd w:id="0"/>
      <w:r w:rsidRPr="009510A2">
        <w:rPr>
          <w:b/>
          <w:lang w:val="ru-RU"/>
        </w:rPr>
        <w:t xml:space="preserve">9. </w:t>
      </w:r>
      <w:proofErr w:type="spellStart"/>
      <w:r w:rsidRPr="009510A2">
        <w:rPr>
          <w:b/>
          <w:lang w:val="ru-RU"/>
        </w:rPr>
        <w:t>Висновок</w:t>
      </w:r>
      <w:proofErr w:type="spellEnd"/>
    </w:p>
    <w:p w:rsidR="003C7561" w:rsidRPr="009510A2" w:rsidRDefault="006B768E">
      <w:pPr>
        <w:spacing w:after="120"/>
        <w:ind w:firstLine="400"/>
        <w:rPr>
          <w:lang w:val="ru-RU"/>
        </w:rPr>
      </w:pPr>
      <w:proofErr w:type="spellStart"/>
      <w:r w:rsidRPr="009510A2">
        <w:rPr>
          <w:lang w:val="ru-RU"/>
        </w:rPr>
        <w:t>Фінансовий</w:t>
      </w:r>
      <w:proofErr w:type="spellEnd"/>
      <w:r w:rsidRPr="009510A2">
        <w:rPr>
          <w:lang w:val="ru-RU"/>
        </w:rPr>
        <w:t xml:space="preserve"> план на 2027 </w:t>
      </w:r>
      <w:proofErr w:type="spellStart"/>
      <w:r w:rsidRPr="009510A2">
        <w:rPr>
          <w:lang w:val="ru-RU"/>
        </w:rPr>
        <w:t>рік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спрямований</w:t>
      </w:r>
      <w:proofErr w:type="spellEnd"/>
      <w:r w:rsidRPr="009510A2">
        <w:rPr>
          <w:lang w:val="ru-RU"/>
        </w:rPr>
        <w:t xml:space="preserve"> на </w:t>
      </w:r>
      <w:proofErr w:type="spellStart"/>
      <w:r w:rsidRPr="009510A2">
        <w:rPr>
          <w:lang w:val="ru-RU"/>
        </w:rPr>
        <w:t>забезпечення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фінансової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стабільності</w:t>
      </w:r>
      <w:proofErr w:type="spellEnd"/>
      <w:r w:rsidRPr="009510A2">
        <w:rPr>
          <w:lang w:val="ru-RU"/>
        </w:rPr>
        <w:t xml:space="preserve"> КНП, </w:t>
      </w:r>
      <w:proofErr w:type="spellStart"/>
      <w:r w:rsidRPr="009510A2">
        <w:rPr>
          <w:lang w:val="ru-RU"/>
        </w:rPr>
        <w:t>своєчасну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виплату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заробітної</w:t>
      </w:r>
      <w:proofErr w:type="spellEnd"/>
      <w:r w:rsidRPr="009510A2">
        <w:rPr>
          <w:lang w:val="ru-RU"/>
        </w:rPr>
        <w:t xml:space="preserve"> плати, </w:t>
      </w:r>
      <w:proofErr w:type="spellStart"/>
      <w:r w:rsidRPr="009510A2">
        <w:rPr>
          <w:lang w:val="ru-RU"/>
        </w:rPr>
        <w:t>придбання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необхідних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медикаментів</w:t>
      </w:r>
      <w:proofErr w:type="spellEnd"/>
      <w:r w:rsidRPr="009510A2">
        <w:rPr>
          <w:lang w:val="ru-RU"/>
        </w:rPr>
        <w:t xml:space="preserve"> і </w:t>
      </w:r>
      <w:proofErr w:type="spellStart"/>
      <w:r w:rsidRPr="009510A2">
        <w:rPr>
          <w:lang w:val="ru-RU"/>
        </w:rPr>
        <w:t>матеріалів</w:t>
      </w:r>
      <w:proofErr w:type="spellEnd"/>
      <w:r w:rsidRPr="009510A2">
        <w:rPr>
          <w:lang w:val="ru-RU"/>
        </w:rPr>
        <w:t xml:space="preserve">, оплату </w:t>
      </w:r>
      <w:proofErr w:type="spellStart"/>
      <w:r w:rsidRPr="009510A2">
        <w:rPr>
          <w:lang w:val="ru-RU"/>
        </w:rPr>
        <w:t>комунальних</w:t>
      </w:r>
      <w:proofErr w:type="spellEnd"/>
      <w:r w:rsidRPr="009510A2">
        <w:rPr>
          <w:lang w:val="ru-RU"/>
        </w:rPr>
        <w:t xml:space="preserve"> та </w:t>
      </w:r>
      <w:proofErr w:type="spellStart"/>
      <w:r w:rsidRPr="009510A2">
        <w:rPr>
          <w:lang w:val="ru-RU"/>
        </w:rPr>
        <w:t>інших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послуг</w:t>
      </w:r>
      <w:proofErr w:type="spellEnd"/>
      <w:r w:rsidRPr="009510A2">
        <w:rPr>
          <w:lang w:val="ru-RU"/>
        </w:rPr>
        <w:t xml:space="preserve">, </w:t>
      </w:r>
      <w:proofErr w:type="spellStart"/>
      <w:r w:rsidRPr="009510A2">
        <w:rPr>
          <w:lang w:val="ru-RU"/>
        </w:rPr>
        <w:t>підтримання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належного</w:t>
      </w:r>
      <w:proofErr w:type="spellEnd"/>
      <w:r w:rsidRPr="009510A2">
        <w:rPr>
          <w:lang w:val="ru-RU"/>
        </w:rPr>
        <w:t xml:space="preserve"> стану </w:t>
      </w:r>
      <w:proofErr w:type="spellStart"/>
      <w:r w:rsidRPr="009510A2">
        <w:rPr>
          <w:lang w:val="ru-RU"/>
        </w:rPr>
        <w:t>матеріаль</w:t>
      </w:r>
      <w:r w:rsidRPr="009510A2">
        <w:rPr>
          <w:lang w:val="ru-RU"/>
        </w:rPr>
        <w:t>но-технічної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бази</w:t>
      </w:r>
      <w:proofErr w:type="spellEnd"/>
      <w:r w:rsidRPr="009510A2">
        <w:rPr>
          <w:lang w:val="ru-RU"/>
        </w:rPr>
        <w:t xml:space="preserve"> та </w:t>
      </w:r>
      <w:proofErr w:type="spellStart"/>
      <w:r w:rsidRPr="009510A2">
        <w:rPr>
          <w:lang w:val="ru-RU"/>
        </w:rPr>
        <w:t>безперебійну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організацію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первинної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медичної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допомоги</w:t>
      </w:r>
      <w:proofErr w:type="spellEnd"/>
      <w:r w:rsidRPr="009510A2">
        <w:rPr>
          <w:lang w:val="ru-RU"/>
        </w:rPr>
        <w:t>.</w:t>
      </w:r>
    </w:p>
    <w:p w:rsidR="003C7561" w:rsidRPr="009510A2" w:rsidRDefault="006B768E" w:rsidP="006B768E">
      <w:pPr>
        <w:spacing w:after="120"/>
        <w:ind w:firstLine="400"/>
        <w:rPr>
          <w:lang w:val="ru-RU"/>
        </w:rPr>
      </w:pPr>
      <w:proofErr w:type="spellStart"/>
      <w:r w:rsidRPr="009510A2">
        <w:rPr>
          <w:lang w:val="ru-RU"/>
        </w:rPr>
        <w:t>Реалізація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запланованих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показників</w:t>
      </w:r>
      <w:proofErr w:type="spellEnd"/>
      <w:r w:rsidRPr="009510A2">
        <w:rPr>
          <w:lang w:val="ru-RU"/>
        </w:rPr>
        <w:t xml:space="preserve"> дозволить </w:t>
      </w:r>
      <w:proofErr w:type="spellStart"/>
      <w:r w:rsidRPr="009510A2">
        <w:rPr>
          <w:lang w:val="ru-RU"/>
        </w:rPr>
        <w:t>забезпечити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стабільну</w:t>
      </w:r>
      <w:proofErr w:type="spellEnd"/>
      <w:r w:rsidRPr="009510A2">
        <w:rPr>
          <w:lang w:val="ru-RU"/>
        </w:rPr>
        <w:t xml:space="preserve"> роботу </w:t>
      </w:r>
      <w:proofErr w:type="spellStart"/>
      <w:r w:rsidRPr="009510A2">
        <w:rPr>
          <w:lang w:val="ru-RU"/>
        </w:rPr>
        <w:t>підприємства</w:t>
      </w:r>
      <w:proofErr w:type="spellEnd"/>
      <w:r w:rsidRPr="009510A2">
        <w:rPr>
          <w:lang w:val="ru-RU"/>
        </w:rPr>
        <w:t xml:space="preserve">, </w:t>
      </w:r>
      <w:proofErr w:type="spellStart"/>
      <w:r w:rsidRPr="009510A2">
        <w:rPr>
          <w:lang w:val="ru-RU"/>
        </w:rPr>
        <w:t>збереження</w:t>
      </w:r>
      <w:proofErr w:type="spellEnd"/>
      <w:r w:rsidRPr="009510A2">
        <w:rPr>
          <w:lang w:val="ru-RU"/>
        </w:rPr>
        <w:t xml:space="preserve"> кадрового </w:t>
      </w:r>
      <w:proofErr w:type="spellStart"/>
      <w:r w:rsidRPr="009510A2">
        <w:rPr>
          <w:lang w:val="ru-RU"/>
        </w:rPr>
        <w:t>потенціалу</w:t>
      </w:r>
      <w:proofErr w:type="spellEnd"/>
      <w:r w:rsidRPr="009510A2">
        <w:rPr>
          <w:lang w:val="ru-RU"/>
        </w:rPr>
        <w:t xml:space="preserve"> та </w:t>
      </w:r>
      <w:proofErr w:type="spellStart"/>
      <w:r w:rsidRPr="009510A2">
        <w:rPr>
          <w:lang w:val="ru-RU"/>
        </w:rPr>
        <w:lastRenderedPageBreak/>
        <w:t>належну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якість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медичного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обслуговування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населення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Старокос</w:t>
      </w:r>
      <w:r w:rsidRPr="009510A2">
        <w:rPr>
          <w:lang w:val="ru-RU"/>
        </w:rPr>
        <w:t>тянтинівської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міської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територіальної</w:t>
      </w:r>
      <w:proofErr w:type="spellEnd"/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громади</w:t>
      </w:r>
      <w:proofErr w:type="spellEnd"/>
      <w:r w:rsidRPr="009510A2">
        <w:rPr>
          <w:lang w:val="ru-RU"/>
        </w:rPr>
        <w:t>.</w:t>
      </w:r>
    </w:p>
    <w:p w:rsidR="003C7561" w:rsidRPr="009510A2" w:rsidRDefault="006B768E">
      <w:pPr>
        <w:rPr>
          <w:lang w:val="ru-RU"/>
        </w:rPr>
      </w:pPr>
      <w:r w:rsidRPr="009510A2">
        <w:rPr>
          <w:b/>
          <w:lang w:val="ru-RU"/>
        </w:rPr>
        <w:t>Директор КНП</w:t>
      </w:r>
      <w:r w:rsidRPr="009510A2">
        <w:rPr>
          <w:b/>
          <w:lang w:val="ru-RU"/>
        </w:rPr>
        <w:br/>
      </w:r>
      <w:r w:rsidRPr="009510A2">
        <w:rPr>
          <w:lang w:val="ru-RU"/>
        </w:rPr>
        <w:t>«</w:t>
      </w:r>
      <w:proofErr w:type="spellStart"/>
      <w:r w:rsidRPr="009510A2">
        <w:rPr>
          <w:lang w:val="ru-RU"/>
        </w:rPr>
        <w:t>Старокостянтині</w:t>
      </w:r>
      <w:r w:rsidR="009510A2">
        <w:rPr>
          <w:lang w:val="ru-RU"/>
        </w:rPr>
        <w:t>вський</w:t>
      </w:r>
      <w:proofErr w:type="spellEnd"/>
      <w:r w:rsidR="009510A2">
        <w:rPr>
          <w:lang w:val="ru-RU"/>
        </w:rPr>
        <w:t xml:space="preserve"> ЦПМСД» _______________</w:t>
      </w:r>
      <w:r w:rsidRPr="009510A2">
        <w:rPr>
          <w:lang w:val="ru-RU"/>
        </w:rPr>
        <w:t xml:space="preserve"> </w:t>
      </w:r>
      <w:proofErr w:type="spellStart"/>
      <w:r w:rsidRPr="009510A2">
        <w:rPr>
          <w:lang w:val="ru-RU"/>
        </w:rPr>
        <w:t>Анатолій</w:t>
      </w:r>
      <w:proofErr w:type="spellEnd"/>
      <w:r w:rsidRPr="009510A2">
        <w:rPr>
          <w:lang w:val="ru-RU"/>
        </w:rPr>
        <w:t xml:space="preserve"> ШВЕЦЬ</w:t>
      </w:r>
    </w:p>
    <w:p w:rsidR="003C7561" w:rsidRDefault="006B768E">
      <w:r>
        <w:t xml:space="preserve">«___» __________ 2026 </w:t>
      </w:r>
      <w:proofErr w:type="spellStart"/>
      <w:r>
        <w:t>року</w:t>
      </w:r>
      <w:proofErr w:type="spellEnd"/>
    </w:p>
    <w:sectPr w:rsidR="003C756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C7561"/>
    <w:rsid w:val="006B768E"/>
    <w:rsid w:val="009510A2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3A92E92"/>
  <w14:defaultImageDpi w14:val="300"/>
  <w15:docId w15:val="{3E6550CB-5DE0-4C30-B411-DFC2519D2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8DCEA93-0ACB-4B24-9AB2-0045E9962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677</Words>
  <Characters>3865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4533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dcterms:created xsi:type="dcterms:W3CDTF">2026-08-13T11:17:00Z</dcterms:created>
  <dcterms:modified xsi:type="dcterms:W3CDTF">2026-08-13T11:17:00Z</dcterms:modified>
  <cp:category/>
</cp:coreProperties>
</file>